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033970" w14:textId="77777777" w:rsidR="00F70C7D" w:rsidRDefault="00F70C7D">
      <w:pPr>
        <w:autoSpaceDE w:val="0"/>
        <w:autoSpaceDN w:val="0"/>
        <w:spacing w:after="78" w:line="220" w:lineRule="exact"/>
      </w:pPr>
    </w:p>
    <w:p w14:paraId="047CA4D3" w14:textId="77777777" w:rsidR="00893F42" w:rsidRDefault="00893F42">
      <w:pPr>
        <w:autoSpaceDE w:val="0"/>
        <w:autoSpaceDN w:val="0"/>
        <w:spacing w:after="0" w:line="230" w:lineRule="auto"/>
        <w:ind w:left="792"/>
        <w:rPr>
          <w:rFonts w:ascii="Times New Roman" w:eastAsia="Times New Roman" w:hAnsi="Times New Roman"/>
          <w:b/>
          <w:color w:val="000000"/>
          <w:sz w:val="24"/>
        </w:rPr>
      </w:pPr>
      <w:r>
        <w:rPr>
          <w:rFonts w:ascii="Times New Roman" w:eastAsia="Times New Roman" w:hAnsi="Times New Roman"/>
          <w:b/>
          <w:noProof/>
          <w:color w:val="000000"/>
          <w:sz w:val="24"/>
          <w:lang w:val="ru-RU" w:eastAsia="ru-RU"/>
        </w:rPr>
        <w:drawing>
          <wp:inline distT="0" distB="0" distL="0" distR="0" wp14:anchorId="74593983" wp14:editId="6A544AD5">
            <wp:extent cx="5852160" cy="8339328"/>
            <wp:effectExtent l="0" t="0" r="0" b="5080"/>
            <wp:docPr id="4" name="Рисунок 4" descr="G:\2023 сканы титульных\сканы титульных\5 всеобщая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23 сканы титульных\сканы титульных\5 всеобщая 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833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74858" w14:textId="77777777" w:rsidR="00893F42" w:rsidRDefault="00893F42">
      <w:pPr>
        <w:autoSpaceDE w:val="0"/>
        <w:autoSpaceDN w:val="0"/>
        <w:spacing w:after="0" w:line="230" w:lineRule="auto"/>
        <w:ind w:left="792"/>
        <w:rPr>
          <w:rFonts w:ascii="Times New Roman" w:eastAsia="Times New Roman" w:hAnsi="Times New Roman"/>
          <w:b/>
          <w:color w:val="000000"/>
          <w:sz w:val="24"/>
        </w:rPr>
      </w:pPr>
    </w:p>
    <w:p w14:paraId="763F61E9" w14:textId="77777777" w:rsidR="00893F42" w:rsidRDefault="00893F42">
      <w:pPr>
        <w:autoSpaceDE w:val="0"/>
        <w:autoSpaceDN w:val="0"/>
        <w:spacing w:after="0" w:line="230" w:lineRule="auto"/>
        <w:ind w:left="792"/>
        <w:rPr>
          <w:rFonts w:ascii="Times New Roman" w:eastAsia="Times New Roman" w:hAnsi="Times New Roman"/>
          <w:b/>
          <w:color w:val="000000"/>
          <w:sz w:val="24"/>
        </w:rPr>
      </w:pPr>
    </w:p>
    <w:p w14:paraId="789C10EA" w14:textId="77777777" w:rsidR="00893F42" w:rsidRDefault="00893F42">
      <w:pPr>
        <w:autoSpaceDE w:val="0"/>
        <w:autoSpaceDN w:val="0"/>
        <w:spacing w:after="0" w:line="230" w:lineRule="auto"/>
        <w:ind w:left="792"/>
        <w:rPr>
          <w:rFonts w:ascii="Times New Roman" w:eastAsia="Times New Roman" w:hAnsi="Times New Roman"/>
          <w:b/>
          <w:color w:val="000000"/>
          <w:sz w:val="24"/>
        </w:rPr>
      </w:pPr>
    </w:p>
    <w:p w14:paraId="1641E928" w14:textId="77777777" w:rsidR="00893F42" w:rsidRDefault="00893F42">
      <w:pPr>
        <w:autoSpaceDE w:val="0"/>
        <w:autoSpaceDN w:val="0"/>
        <w:spacing w:after="0" w:line="230" w:lineRule="auto"/>
        <w:ind w:left="792"/>
        <w:rPr>
          <w:rFonts w:ascii="Times New Roman" w:eastAsia="Times New Roman" w:hAnsi="Times New Roman"/>
          <w:b/>
          <w:color w:val="000000"/>
          <w:sz w:val="24"/>
        </w:rPr>
      </w:pPr>
    </w:p>
    <w:p w14:paraId="799A58A7" w14:textId="77777777" w:rsidR="00893F42" w:rsidRDefault="00893F42">
      <w:pPr>
        <w:autoSpaceDE w:val="0"/>
        <w:autoSpaceDN w:val="0"/>
        <w:spacing w:after="0" w:line="230" w:lineRule="auto"/>
        <w:ind w:left="792"/>
        <w:rPr>
          <w:rFonts w:ascii="Times New Roman" w:eastAsia="Times New Roman" w:hAnsi="Times New Roman"/>
          <w:b/>
          <w:color w:val="000000"/>
          <w:sz w:val="24"/>
        </w:rPr>
      </w:pPr>
    </w:p>
    <w:p w14:paraId="3147F68E" w14:textId="77777777" w:rsidR="00893F42" w:rsidRDefault="00893F42">
      <w:pPr>
        <w:autoSpaceDE w:val="0"/>
        <w:autoSpaceDN w:val="0"/>
        <w:spacing w:after="0" w:line="230" w:lineRule="auto"/>
        <w:ind w:left="792"/>
        <w:rPr>
          <w:rFonts w:ascii="Times New Roman" w:eastAsia="Times New Roman" w:hAnsi="Times New Roman"/>
          <w:b/>
          <w:color w:val="000000"/>
          <w:sz w:val="24"/>
        </w:rPr>
      </w:pPr>
    </w:p>
    <w:p w14:paraId="0ACEC2AB" w14:textId="77777777" w:rsidR="00F70C7D" w:rsidRDefault="00F70C7D">
      <w:pPr>
        <w:autoSpaceDE w:val="0"/>
        <w:autoSpaceDN w:val="0"/>
        <w:spacing w:after="216" w:line="220" w:lineRule="exact"/>
      </w:pPr>
    </w:p>
    <w:p w14:paraId="7EF61E55" w14:textId="77777777" w:rsidR="00893F42" w:rsidRPr="00893F42" w:rsidRDefault="00893F42">
      <w:pPr>
        <w:autoSpaceDE w:val="0"/>
        <w:autoSpaceDN w:val="0"/>
        <w:spacing w:after="216" w:line="220" w:lineRule="exact"/>
      </w:pPr>
    </w:p>
    <w:p w14:paraId="390EC56E" w14:textId="77777777" w:rsidR="00F70C7D" w:rsidRPr="00757F1C" w:rsidRDefault="00FA4471">
      <w:pPr>
        <w:autoSpaceDE w:val="0"/>
        <w:autoSpaceDN w:val="0"/>
        <w:spacing w:after="0" w:line="230" w:lineRule="auto"/>
        <w:rPr>
          <w:lang w:val="ru-RU"/>
        </w:rPr>
      </w:pPr>
      <w:r w:rsidRPr="00757F1C">
        <w:rPr>
          <w:rFonts w:ascii="Times New Roman" w:eastAsia="Times New Roman" w:hAnsi="Times New Roman"/>
          <w:b/>
          <w:color w:val="000000"/>
          <w:sz w:val="24"/>
          <w:lang w:val="ru-RU"/>
        </w:rPr>
        <w:lastRenderedPageBreak/>
        <w:t>ПОЯСНИТЕЛЬНАЯ ЗАПИСКА</w:t>
      </w:r>
    </w:p>
    <w:p w14:paraId="06B8E65B" w14:textId="77777777" w:rsidR="00F70C7D" w:rsidRPr="00757F1C" w:rsidRDefault="00FA4471">
      <w:pPr>
        <w:autoSpaceDE w:val="0"/>
        <w:autoSpaceDN w:val="0"/>
        <w:spacing w:before="346" w:after="0" w:line="230" w:lineRule="auto"/>
        <w:rPr>
          <w:lang w:val="ru-RU"/>
        </w:rPr>
      </w:pPr>
      <w:r w:rsidRPr="00757F1C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 «ИСТОРИЯ»</w:t>
      </w:r>
    </w:p>
    <w:p w14:paraId="7E69D8EB" w14:textId="77777777" w:rsidR="00F70C7D" w:rsidRPr="00757F1C" w:rsidRDefault="00FA4471">
      <w:pPr>
        <w:autoSpaceDE w:val="0"/>
        <w:autoSpaceDN w:val="0"/>
        <w:spacing w:before="166" w:after="0" w:line="283" w:lineRule="auto"/>
        <w:ind w:right="144" w:firstLine="180"/>
        <w:rPr>
          <w:lang w:val="ru-RU"/>
        </w:rPr>
      </w:pP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</w:t>
      </w:r>
      <w:r w:rsidRPr="00757F1C">
        <w:rPr>
          <w:lang w:val="ru-RU"/>
        </w:rPr>
        <w:br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</w:t>
      </w:r>
    </w:p>
    <w:p w14:paraId="3DB3A17D" w14:textId="77777777" w:rsidR="00F70C7D" w:rsidRPr="00757F1C" w:rsidRDefault="00FA4471">
      <w:pPr>
        <w:autoSpaceDE w:val="0"/>
        <w:autoSpaceDN w:val="0"/>
        <w:spacing w:before="384" w:after="0" w:line="230" w:lineRule="auto"/>
        <w:rPr>
          <w:lang w:val="ru-RU"/>
        </w:rPr>
      </w:pPr>
      <w:r w:rsidRPr="00757F1C">
        <w:rPr>
          <w:rFonts w:ascii="Times New Roman" w:eastAsia="Times New Roman" w:hAnsi="Times New Roman"/>
          <w:b/>
          <w:color w:val="000000"/>
          <w:sz w:val="24"/>
          <w:lang w:val="ru-RU"/>
        </w:rPr>
        <w:t>ЦЕЛИ ИЗУЧЕНИЯ УЧЕБНОГО ПРЕДМЕТА «ИСТОРИЯ»</w:t>
      </w:r>
    </w:p>
    <w:p w14:paraId="2F470477" w14:textId="77777777" w:rsidR="00F70C7D" w:rsidRPr="00757F1C" w:rsidRDefault="00FA4471">
      <w:pPr>
        <w:autoSpaceDE w:val="0"/>
        <w:autoSpaceDN w:val="0"/>
        <w:spacing w:before="166" w:after="0" w:line="286" w:lineRule="auto"/>
        <w:ind w:firstLine="180"/>
        <w:rPr>
          <w:lang w:val="ru-RU"/>
        </w:rPr>
      </w:pP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14:paraId="52830AB8" w14:textId="77777777" w:rsidR="00F70C7D" w:rsidRPr="00757F1C" w:rsidRDefault="00FA4471">
      <w:pPr>
        <w:autoSpaceDE w:val="0"/>
        <w:autoSpaceDN w:val="0"/>
        <w:spacing w:before="70" w:after="0" w:line="262" w:lineRule="auto"/>
        <w:ind w:right="576"/>
        <w:jc w:val="center"/>
        <w:rPr>
          <w:lang w:val="ru-RU"/>
        </w:rPr>
      </w:pP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Задачи изучения истории на всех уровнях общего образования определяются Федеральными государственными образовательными стандартами (в соответствии с ФЗ-273 «Об образовании»).</w:t>
      </w:r>
    </w:p>
    <w:p w14:paraId="083F053F" w14:textId="77777777" w:rsidR="00F70C7D" w:rsidRPr="00757F1C" w:rsidRDefault="00FA4471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В основной школе ключевыми задачами являются:</w:t>
      </w:r>
    </w:p>
    <w:p w14:paraId="74B8F18A" w14:textId="77777777" w:rsidR="00F70C7D" w:rsidRPr="00757F1C" w:rsidRDefault="00FA4471">
      <w:pPr>
        <w:autoSpaceDE w:val="0"/>
        <w:autoSpaceDN w:val="0"/>
        <w:spacing w:before="178" w:after="0" w:line="271" w:lineRule="auto"/>
        <w:ind w:left="420" w:right="432"/>
        <w:rPr>
          <w:lang w:val="ru-RU"/>
        </w:rPr>
      </w:pP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—  формирование у молодого поколения ориентиров для гражданской, этнонациональной, социальной, культурной </w:t>
      </w:r>
      <w:proofErr w:type="spellStart"/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самоовладение</w:t>
      </w:r>
      <w:proofErr w:type="spellEnd"/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14:paraId="7617290D" w14:textId="77777777" w:rsidR="00F70C7D" w:rsidRPr="00757F1C" w:rsidRDefault="00FA4471">
      <w:pPr>
        <w:autoSpaceDE w:val="0"/>
        <w:autoSpaceDN w:val="0"/>
        <w:spacing w:before="190" w:after="0"/>
        <w:ind w:left="420" w:right="432"/>
        <w:rPr>
          <w:lang w:val="ru-RU"/>
        </w:rPr>
      </w:pP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—  воспитание учащихся в духе патриотизма, уважения к своему Отечеству —</w:t>
      </w:r>
      <w:r w:rsidRPr="00757F1C">
        <w:rPr>
          <w:lang w:val="ru-RU"/>
        </w:rPr>
        <w:br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14:paraId="718EC38B" w14:textId="77777777" w:rsidR="00F70C7D" w:rsidRPr="00757F1C" w:rsidRDefault="00FA4471">
      <w:pPr>
        <w:autoSpaceDE w:val="0"/>
        <w:autoSpaceDN w:val="0"/>
        <w:spacing w:before="192" w:after="0" w:line="271" w:lineRule="auto"/>
        <w:ind w:left="420" w:right="288"/>
        <w:rPr>
          <w:lang w:val="ru-RU"/>
        </w:rPr>
      </w:pP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</w:t>
      </w:r>
      <w:r w:rsidRPr="00757F1C">
        <w:rPr>
          <w:lang w:val="ru-RU"/>
        </w:rPr>
        <w:br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в соответствии с принципом историзма, в их динамике, взаимосвязи и взаимообусловленности;</w:t>
      </w:r>
    </w:p>
    <w:p w14:paraId="0CF09406" w14:textId="77777777" w:rsidR="00F70C7D" w:rsidRPr="00757F1C" w:rsidRDefault="00FA4471">
      <w:pPr>
        <w:autoSpaceDE w:val="0"/>
        <w:autoSpaceDN w:val="0"/>
        <w:spacing w:before="190" w:after="0" w:line="281" w:lineRule="auto"/>
        <w:ind w:left="420"/>
        <w:rPr>
          <w:lang w:val="ru-RU"/>
        </w:rPr>
      </w:pP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—  формирование у школьников умений применять исторические знания в учебной и </w:t>
      </w:r>
      <w:r w:rsidRPr="00757F1C">
        <w:rPr>
          <w:lang w:val="ru-RU"/>
        </w:rPr>
        <w:br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внешкольной деятельности, в современном поликультурном, полиэтничном и </w:t>
      </w:r>
      <w:r w:rsidRPr="00757F1C">
        <w:rPr>
          <w:lang w:val="ru-RU"/>
        </w:rPr>
        <w:br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многоконфессиональном обществе (Концепция преподавания учебного курса «История России» в образовательных организациях Российской Федерации, реализующих основные </w:t>
      </w:r>
      <w:r w:rsidRPr="00757F1C">
        <w:rPr>
          <w:lang w:val="ru-RU"/>
        </w:rPr>
        <w:br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общеобразовательные программы // Преподавание истории и обществознания в школе. —2020. — № 8. — С. 7—8).</w:t>
      </w:r>
    </w:p>
    <w:p w14:paraId="046B6CA5" w14:textId="77777777" w:rsidR="00F70C7D" w:rsidRPr="00757F1C" w:rsidRDefault="00FA4471">
      <w:pPr>
        <w:autoSpaceDE w:val="0"/>
        <w:autoSpaceDN w:val="0"/>
        <w:spacing w:before="514" w:after="0" w:line="230" w:lineRule="auto"/>
        <w:rPr>
          <w:lang w:val="ru-RU"/>
        </w:rPr>
      </w:pPr>
      <w:r w:rsidRPr="00757F1C">
        <w:rPr>
          <w:rFonts w:ascii="Times New Roman" w:eastAsia="Times New Roman" w:hAnsi="Times New Roman"/>
          <w:b/>
          <w:color w:val="000000"/>
          <w:sz w:val="24"/>
          <w:lang w:val="ru-RU"/>
        </w:rPr>
        <w:t>МЕСТО УЧЕБНОГО ПРЕДМЕТА «ИСТОРИЯ» В УЧЕБНОМ ПЛАНЕ</w:t>
      </w:r>
    </w:p>
    <w:p w14:paraId="2833ADD7" w14:textId="77777777" w:rsidR="00F70C7D" w:rsidRPr="00757F1C" w:rsidRDefault="00FA4471">
      <w:pPr>
        <w:autoSpaceDE w:val="0"/>
        <w:autoSpaceDN w:val="0"/>
        <w:spacing w:before="406" w:after="0" w:line="230" w:lineRule="auto"/>
        <w:rPr>
          <w:lang w:val="ru-RU"/>
        </w:rPr>
      </w:pP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В соответствии с учебным планом общее количество времени на учебный года обучения составляет</w:t>
      </w:r>
    </w:p>
    <w:p w14:paraId="61A0D7E9" w14:textId="77777777" w:rsidR="00F70C7D" w:rsidRPr="00757F1C" w:rsidRDefault="00F70C7D">
      <w:pPr>
        <w:rPr>
          <w:lang w:val="ru-RU"/>
        </w:rPr>
        <w:sectPr w:rsidR="00F70C7D" w:rsidRPr="00757F1C">
          <w:pgSz w:w="11900" w:h="16840"/>
          <w:pgMar w:top="436" w:right="650" w:bottom="45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7287F86F" w14:textId="77777777" w:rsidR="00F70C7D" w:rsidRPr="00757F1C" w:rsidRDefault="00F70C7D">
      <w:pPr>
        <w:autoSpaceDE w:val="0"/>
        <w:autoSpaceDN w:val="0"/>
        <w:spacing w:after="66" w:line="220" w:lineRule="exact"/>
        <w:rPr>
          <w:lang w:val="ru-RU"/>
        </w:rPr>
      </w:pPr>
    </w:p>
    <w:p w14:paraId="65529EA7" w14:textId="77777777" w:rsidR="00F70C7D" w:rsidRPr="00757F1C" w:rsidRDefault="00FA4471">
      <w:pPr>
        <w:autoSpaceDE w:val="0"/>
        <w:autoSpaceDN w:val="0"/>
        <w:spacing w:after="0" w:line="230" w:lineRule="auto"/>
        <w:rPr>
          <w:lang w:val="ru-RU"/>
        </w:rPr>
      </w:pP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68 часов. Недельная нагрузка составляет 2 часа, при 34 учебных неделях. </w:t>
      </w:r>
    </w:p>
    <w:p w14:paraId="2D9D4EE7" w14:textId="77777777" w:rsidR="00F70C7D" w:rsidRPr="00757F1C" w:rsidRDefault="00F70C7D">
      <w:pPr>
        <w:rPr>
          <w:lang w:val="ru-RU"/>
        </w:rPr>
        <w:sectPr w:rsidR="00F70C7D" w:rsidRPr="00757F1C">
          <w:pgSz w:w="11900" w:h="16840"/>
          <w:pgMar w:top="286" w:right="1440" w:bottom="1440" w:left="666" w:header="720" w:footer="720" w:gutter="0"/>
          <w:cols w:space="720" w:equalWidth="0">
            <w:col w:w="9794" w:space="0"/>
          </w:cols>
          <w:docGrid w:linePitch="360"/>
        </w:sectPr>
      </w:pPr>
    </w:p>
    <w:p w14:paraId="06E8AC6B" w14:textId="77777777" w:rsidR="00F70C7D" w:rsidRPr="00757F1C" w:rsidRDefault="00F70C7D">
      <w:pPr>
        <w:autoSpaceDE w:val="0"/>
        <w:autoSpaceDN w:val="0"/>
        <w:spacing w:after="78" w:line="220" w:lineRule="exact"/>
        <w:rPr>
          <w:lang w:val="ru-RU"/>
        </w:rPr>
      </w:pPr>
    </w:p>
    <w:p w14:paraId="272B36B3" w14:textId="77777777" w:rsidR="00F70C7D" w:rsidRPr="00757F1C" w:rsidRDefault="00FA4471">
      <w:pPr>
        <w:autoSpaceDE w:val="0"/>
        <w:autoSpaceDN w:val="0"/>
        <w:spacing w:after="0" w:line="230" w:lineRule="auto"/>
        <w:rPr>
          <w:lang w:val="ru-RU"/>
        </w:rPr>
      </w:pPr>
      <w:r w:rsidRPr="00757F1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14:paraId="3FDE42D9" w14:textId="77777777" w:rsidR="00F70C7D" w:rsidRPr="00757F1C" w:rsidRDefault="00FA4471">
      <w:pPr>
        <w:autoSpaceDE w:val="0"/>
        <w:autoSpaceDN w:val="0"/>
        <w:spacing w:before="346" w:after="0" w:line="230" w:lineRule="auto"/>
        <w:ind w:left="180"/>
        <w:rPr>
          <w:lang w:val="ru-RU"/>
        </w:rPr>
      </w:pPr>
      <w:r w:rsidRPr="00757F1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ИСТОРИЯ ДРЕВНЕГО МИРА </w:t>
      </w:r>
    </w:p>
    <w:p w14:paraId="4CB76628" w14:textId="77777777" w:rsidR="00F70C7D" w:rsidRPr="00757F1C" w:rsidRDefault="00FA4471">
      <w:pPr>
        <w:tabs>
          <w:tab w:val="left" w:pos="180"/>
        </w:tabs>
        <w:autoSpaceDE w:val="0"/>
        <w:autoSpaceDN w:val="0"/>
        <w:spacing w:before="190" w:after="0"/>
        <w:ind w:right="432"/>
        <w:rPr>
          <w:lang w:val="ru-RU"/>
        </w:rPr>
      </w:pP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Введение </w:t>
      </w:r>
      <w:r w:rsidRPr="00757F1C">
        <w:rPr>
          <w:lang w:val="ru-RU"/>
        </w:rPr>
        <w:br/>
      </w: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 w14:paraId="32D6F8E1" w14:textId="77777777" w:rsidR="00F70C7D" w:rsidRPr="00757F1C" w:rsidRDefault="00FA4471">
      <w:pPr>
        <w:tabs>
          <w:tab w:val="left" w:pos="180"/>
        </w:tabs>
        <w:autoSpaceDE w:val="0"/>
        <w:autoSpaceDN w:val="0"/>
        <w:spacing w:before="190" w:after="0"/>
        <w:ind w:right="576"/>
        <w:rPr>
          <w:lang w:val="ru-RU"/>
        </w:rPr>
      </w:pP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ПЕРВОБЫТНОСТЬ </w:t>
      </w:r>
      <w:r w:rsidRPr="00757F1C">
        <w:rPr>
          <w:lang w:val="ru-RU"/>
        </w:rPr>
        <w:br/>
      </w: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14:paraId="7C169C3D" w14:textId="77777777" w:rsidR="00F70C7D" w:rsidRPr="00757F1C" w:rsidRDefault="00FA4471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Древнейшие земледельцы и скотоводы: трудовая деятельность, изобретения. Появление ремесел.</w:t>
      </w:r>
    </w:p>
    <w:p w14:paraId="0A74BB76" w14:textId="77777777" w:rsidR="00F70C7D" w:rsidRPr="00757F1C" w:rsidRDefault="00FA4471">
      <w:pPr>
        <w:autoSpaceDE w:val="0"/>
        <w:autoSpaceDN w:val="0"/>
        <w:spacing w:before="70" w:after="0" w:line="271" w:lineRule="auto"/>
        <w:ind w:right="288"/>
        <w:rPr>
          <w:lang w:val="ru-RU"/>
        </w:rPr>
      </w:pP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14:paraId="3B48558A" w14:textId="77777777" w:rsidR="00F70C7D" w:rsidRPr="00757F1C" w:rsidRDefault="00FA4471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Разложение первобытнообщинных отношений. На пороге цивилизации.</w:t>
      </w:r>
    </w:p>
    <w:p w14:paraId="61066766" w14:textId="77777777" w:rsidR="00F70C7D" w:rsidRPr="00757F1C" w:rsidRDefault="00FA4471">
      <w:pPr>
        <w:autoSpaceDE w:val="0"/>
        <w:autoSpaceDN w:val="0"/>
        <w:spacing w:before="190" w:after="0" w:line="262" w:lineRule="auto"/>
        <w:ind w:left="180" w:right="1872"/>
        <w:rPr>
          <w:lang w:val="ru-RU"/>
        </w:rPr>
      </w:pPr>
      <w:r w:rsidRPr="00757F1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ДРЕВНИЙ МИР </w:t>
      </w:r>
      <w:r w:rsidRPr="00757F1C">
        <w:rPr>
          <w:lang w:val="ru-RU"/>
        </w:rPr>
        <w:br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Понятие и хронологические рамки истории Древнего мира. Карта Древнего мира.</w:t>
      </w:r>
    </w:p>
    <w:p w14:paraId="4DB98CD8" w14:textId="77777777" w:rsidR="00F70C7D" w:rsidRPr="00757F1C" w:rsidRDefault="00FA4471">
      <w:pPr>
        <w:autoSpaceDE w:val="0"/>
        <w:autoSpaceDN w:val="0"/>
        <w:spacing w:before="190" w:after="0" w:line="262" w:lineRule="auto"/>
        <w:ind w:left="180" w:right="4176"/>
        <w:rPr>
          <w:lang w:val="ru-RU"/>
        </w:rPr>
      </w:pPr>
      <w:r w:rsidRPr="00757F1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Древний Восток </w:t>
      </w:r>
      <w:r w:rsidRPr="00757F1C">
        <w:rPr>
          <w:lang w:val="ru-RU"/>
        </w:rPr>
        <w:br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Понятие «Древний Восток». Карта Древневосточного мира.</w:t>
      </w:r>
    </w:p>
    <w:p w14:paraId="625D1DAC" w14:textId="77777777" w:rsidR="00F70C7D" w:rsidRPr="00757F1C" w:rsidRDefault="00FA4471">
      <w:pPr>
        <w:tabs>
          <w:tab w:val="left" w:pos="180"/>
        </w:tabs>
        <w:autoSpaceDE w:val="0"/>
        <w:autoSpaceDN w:val="0"/>
        <w:spacing w:before="190" w:after="0"/>
        <w:rPr>
          <w:lang w:val="ru-RU"/>
        </w:rPr>
      </w:pP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Древний Египет </w:t>
      </w:r>
      <w:r w:rsidRPr="00757F1C">
        <w:rPr>
          <w:lang w:val="ru-RU"/>
        </w:rPr>
        <w:br/>
      </w: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14:paraId="29483C35" w14:textId="77777777" w:rsidR="00F70C7D" w:rsidRPr="00757F1C" w:rsidRDefault="00FA4471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Отношения Египта с соседними народами. Египетское войско. Завоевательные походы фараонов; Тутмос </w:t>
      </w:r>
      <w:r>
        <w:rPr>
          <w:rFonts w:ascii="Times New Roman" w:eastAsia="Times New Roman" w:hAnsi="Times New Roman"/>
          <w:color w:val="000000"/>
          <w:sz w:val="24"/>
        </w:rPr>
        <w:t>III</w:t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. Могущество Египта при Рамсесе </w:t>
      </w:r>
      <w:r>
        <w:rPr>
          <w:rFonts w:ascii="Times New Roman" w:eastAsia="Times New Roman" w:hAnsi="Times New Roman"/>
          <w:color w:val="000000"/>
          <w:sz w:val="24"/>
        </w:rPr>
        <w:t>II</w:t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14:paraId="533A863C" w14:textId="77777777" w:rsidR="00F70C7D" w:rsidRPr="00757F1C" w:rsidRDefault="00FA4471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Религиозные верования египтян. Боги Древнего Египта. Храмы и жрецы. Пирамиды и гробницы.</w:t>
      </w:r>
    </w:p>
    <w:p w14:paraId="073C827E" w14:textId="77777777" w:rsidR="00F70C7D" w:rsidRPr="00757F1C" w:rsidRDefault="00FA4471">
      <w:pPr>
        <w:autoSpaceDE w:val="0"/>
        <w:autoSpaceDN w:val="0"/>
        <w:spacing w:before="70" w:after="0" w:line="230" w:lineRule="auto"/>
        <w:rPr>
          <w:lang w:val="ru-RU"/>
        </w:rPr>
      </w:pP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Фараон-реформатор Эхнатон. Познания древних египтян (астрономия, математика, медицина).</w:t>
      </w:r>
    </w:p>
    <w:p w14:paraId="3766D552" w14:textId="77777777" w:rsidR="00F70C7D" w:rsidRPr="00757F1C" w:rsidRDefault="00FA4471">
      <w:pPr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Письменность (иероглифы, папирус). Открытие Ж. Ф. Шампольона. Искусство Древнего Египта (архитектура, рельефы, фрески).</w:t>
      </w:r>
    </w:p>
    <w:p w14:paraId="7F127171" w14:textId="77777777" w:rsidR="00F70C7D" w:rsidRPr="00757F1C" w:rsidRDefault="00FA4471">
      <w:pPr>
        <w:tabs>
          <w:tab w:val="left" w:pos="180"/>
        </w:tabs>
        <w:autoSpaceDE w:val="0"/>
        <w:autoSpaceDN w:val="0"/>
        <w:spacing w:before="192" w:after="0" w:line="271" w:lineRule="auto"/>
        <w:ind w:right="1008"/>
        <w:rPr>
          <w:lang w:val="ru-RU"/>
        </w:rPr>
      </w:pP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Древние цивилизации Месопотамии </w:t>
      </w:r>
      <w:r w:rsidRPr="00757F1C">
        <w:rPr>
          <w:lang w:val="ru-RU"/>
        </w:rPr>
        <w:br/>
      </w: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14:paraId="01970746" w14:textId="77777777" w:rsidR="00F70C7D" w:rsidRPr="00757F1C" w:rsidRDefault="00FA4471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Древний Вавилон. Царь Хаммурапи и его законы.</w:t>
      </w:r>
    </w:p>
    <w:p w14:paraId="19FEA86D" w14:textId="77777777" w:rsidR="00F70C7D" w:rsidRPr="00757F1C" w:rsidRDefault="00FA4471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Ассирия. Завоевания ассирийцев. Создание сильной державы. Культурные сокровища Ниневии. Гибель империи.</w:t>
      </w:r>
    </w:p>
    <w:p w14:paraId="59902694" w14:textId="77777777" w:rsidR="00F70C7D" w:rsidRPr="00757F1C" w:rsidRDefault="00FA4471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Усиление </w:t>
      </w:r>
      <w:proofErr w:type="spellStart"/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Нововавилонского</w:t>
      </w:r>
      <w:proofErr w:type="spellEnd"/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 царства. Легендарные памятники города Вавилона.</w:t>
      </w:r>
    </w:p>
    <w:p w14:paraId="0A24DDF6" w14:textId="77777777" w:rsidR="00F70C7D" w:rsidRPr="00757F1C" w:rsidRDefault="00FA4471">
      <w:pPr>
        <w:tabs>
          <w:tab w:val="left" w:pos="180"/>
        </w:tabs>
        <w:autoSpaceDE w:val="0"/>
        <w:autoSpaceDN w:val="0"/>
        <w:spacing w:before="190" w:after="0" w:line="281" w:lineRule="auto"/>
        <w:rPr>
          <w:lang w:val="ru-RU"/>
        </w:rPr>
      </w:pP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Восточное Средиземноморье в древности </w:t>
      </w:r>
      <w:r w:rsidRPr="00757F1C">
        <w:rPr>
          <w:lang w:val="ru-RU"/>
        </w:rPr>
        <w:br/>
      </w: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14:paraId="4363EE99" w14:textId="77777777" w:rsidR="00F70C7D" w:rsidRPr="00757F1C" w:rsidRDefault="00FA4471">
      <w:pPr>
        <w:autoSpaceDE w:val="0"/>
        <w:autoSpaceDN w:val="0"/>
        <w:spacing w:before="190" w:after="0" w:line="262" w:lineRule="auto"/>
        <w:ind w:left="180" w:right="144"/>
        <w:rPr>
          <w:lang w:val="ru-RU"/>
        </w:rPr>
      </w:pPr>
      <w:r w:rsidRPr="00757F1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Персидская держава </w:t>
      </w:r>
      <w:r w:rsidRPr="00757F1C">
        <w:rPr>
          <w:lang w:val="ru-RU"/>
        </w:rPr>
        <w:br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Завоевания персов. Государство </w:t>
      </w:r>
      <w:proofErr w:type="spellStart"/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Ахеменидов</w:t>
      </w:r>
      <w:proofErr w:type="spellEnd"/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. Великие цари: Кир </w:t>
      </w:r>
      <w:r>
        <w:rPr>
          <w:rFonts w:ascii="Times New Roman" w:eastAsia="Times New Roman" w:hAnsi="Times New Roman"/>
          <w:color w:val="000000"/>
          <w:sz w:val="24"/>
        </w:rPr>
        <w:t>II</w:t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 Великий, Дарий </w:t>
      </w:r>
      <w:r>
        <w:rPr>
          <w:rFonts w:ascii="Times New Roman" w:eastAsia="Times New Roman" w:hAnsi="Times New Roman"/>
          <w:color w:val="000000"/>
          <w:sz w:val="24"/>
        </w:rPr>
        <w:t>I</w:t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. Расширение</w:t>
      </w:r>
    </w:p>
    <w:p w14:paraId="6BC54151" w14:textId="77777777" w:rsidR="00F70C7D" w:rsidRPr="00757F1C" w:rsidRDefault="00F70C7D">
      <w:pPr>
        <w:rPr>
          <w:lang w:val="ru-RU"/>
        </w:rPr>
        <w:sectPr w:rsidR="00F70C7D" w:rsidRPr="00757F1C">
          <w:pgSz w:w="11900" w:h="16840"/>
          <w:pgMar w:top="298" w:right="650" w:bottom="312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0967A32F" w14:textId="77777777" w:rsidR="00F70C7D" w:rsidRPr="00757F1C" w:rsidRDefault="00F70C7D">
      <w:pPr>
        <w:autoSpaceDE w:val="0"/>
        <w:autoSpaceDN w:val="0"/>
        <w:spacing w:after="72" w:line="220" w:lineRule="exact"/>
        <w:rPr>
          <w:lang w:val="ru-RU"/>
        </w:rPr>
      </w:pPr>
    </w:p>
    <w:p w14:paraId="67EC0522" w14:textId="77777777" w:rsidR="00F70C7D" w:rsidRPr="00757F1C" w:rsidRDefault="00FA4471">
      <w:pPr>
        <w:autoSpaceDE w:val="0"/>
        <w:autoSpaceDN w:val="0"/>
        <w:spacing w:after="0" w:line="262" w:lineRule="auto"/>
        <w:rPr>
          <w:lang w:val="ru-RU"/>
        </w:rPr>
      </w:pP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территории державы. Государственное устройство. Центр и сатрапии, управление империей. Религия персов.</w:t>
      </w:r>
    </w:p>
    <w:p w14:paraId="648DD8FE" w14:textId="77777777" w:rsidR="00F70C7D" w:rsidRPr="00757F1C" w:rsidRDefault="00FA4471">
      <w:pPr>
        <w:tabs>
          <w:tab w:val="left" w:pos="180"/>
        </w:tabs>
        <w:autoSpaceDE w:val="0"/>
        <w:autoSpaceDN w:val="0"/>
        <w:spacing w:before="190" w:after="0" w:line="281" w:lineRule="auto"/>
        <w:rPr>
          <w:lang w:val="ru-RU"/>
        </w:rPr>
      </w:pP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Древняя Индия </w:t>
      </w:r>
      <w:r w:rsidRPr="00757F1C">
        <w:rPr>
          <w:lang w:val="ru-RU"/>
        </w:rPr>
        <w:br/>
      </w: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Природные условия Древней Индии. Занятия населения. Древнейшие города-государства. Приход </w:t>
      </w:r>
      <w:proofErr w:type="spellStart"/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ариев</w:t>
      </w:r>
      <w:proofErr w:type="spellEnd"/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 в Северную Индию. Держава </w:t>
      </w:r>
      <w:proofErr w:type="spellStart"/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Маурьев</w:t>
      </w:r>
      <w:proofErr w:type="spellEnd"/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. Государство </w:t>
      </w:r>
      <w:proofErr w:type="spellStart"/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Гуптов</w:t>
      </w:r>
      <w:proofErr w:type="spellEnd"/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. Общественное устройство, </w:t>
      </w:r>
      <w:proofErr w:type="spellStart"/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варны</w:t>
      </w:r>
      <w:proofErr w:type="spellEnd"/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. 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14:paraId="30CA7AD7" w14:textId="77777777" w:rsidR="00F70C7D" w:rsidRPr="00757F1C" w:rsidRDefault="00FA4471">
      <w:pPr>
        <w:autoSpaceDE w:val="0"/>
        <w:autoSpaceDN w:val="0"/>
        <w:spacing w:before="190" w:after="0" w:line="262" w:lineRule="auto"/>
        <w:ind w:left="180" w:right="576"/>
        <w:rPr>
          <w:lang w:val="ru-RU"/>
        </w:rPr>
      </w:pPr>
      <w:r w:rsidRPr="00757F1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Древний Китай </w:t>
      </w:r>
      <w:r w:rsidRPr="00757F1C">
        <w:rPr>
          <w:lang w:val="ru-RU"/>
        </w:rPr>
        <w:br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Природные условия Древнего Китая. Хозяйственная деятельность и условия жизни населения.</w:t>
      </w:r>
    </w:p>
    <w:p w14:paraId="62D75987" w14:textId="77777777" w:rsidR="00F70C7D" w:rsidRPr="00757F1C" w:rsidRDefault="00FA4471">
      <w:pPr>
        <w:autoSpaceDE w:val="0"/>
        <w:autoSpaceDN w:val="0"/>
        <w:spacing w:before="72" w:after="0"/>
        <w:ind w:right="144"/>
        <w:rPr>
          <w:lang w:val="ru-RU"/>
        </w:rPr>
      </w:pP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Древнейшие царства. Создание объединенной империи. Цинь Шихуанди. Возведение Великой Китайской стены. Правление династии </w:t>
      </w:r>
      <w:proofErr w:type="spellStart"/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Хань</w:t>
      </w:r>
      <w:proofErr w:type="spellEnd"/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14:paraId="7A927E8F" w14:textId="77777777" w:rsidR="00F70C7D" w:rsidRPr="00757F1C" w:rsidRDefault="00FA4471">
      <w:pPr>
        <w:tabs>
          <w:tab w:val="left" w:pos="180"/>
        </w:tabs>
        <w:autoSpaceDE w:val="0"/>
        <w:autoSpaceDN w:val="0"/>
        <w:spacing w:before="190" w:after="0"/>
        <w:ind w:right="720"/>
        <w:rPr>
          <w:lang w:val="ru-RU"/>
        </w:rPr>
      </w:pP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Древняя Греция. Эллинизм </w:t>
      </w:r>
      <w:r w:rsidRPr="00757F1C">
        <w:rPr>
          <w:lang w:val="ru-RU"/>
        </w:rPr>
        <w:br/>
      </w: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Древнейшая Греция </w:t>
      </w:r>
      <w:r w:rsidRPr="00757F1C">
        <w:rPr>
          <w:lang w:val="ru-RU"/>
        </w:rPr>
        <w:br/>
      </w: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</w:t>
      </w:r>
      <w:proofErr w:type="spellStart"/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Тиринф</w:t>
      </w:r>
      <w:proofErr w:type="spellEnd"/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14:paraId="610E3114" w14:textId="77777777" w:rsidR="00F70C7D" w:rsidRPr="00757F1C" w:rsidRDefault="00FA4471">
      <w:pPr>
        <w:autoSpaceDE w:val="0"/>
        <w:autoSpaceDN w:val="0"/>
        <w:spacing w:before="70" w:after="0" w:line="230" w:lineRule="auto"/>
        <w:rPr>
          <w:lang w:val="ru-RU"/>
        </w:rPr>
      </w:pP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Троянская война. Вторжение дорийских племен. Поэмы Гомера «Илиада», «Одиссея».</w:t>
      </w:r>
    </w:p>
    <w:p w14:paraId="787DB34A" w14:textId="77777777" w:rsidR="00F70C7D" w:rsidRPr="00757F1C" w:rsidRDefault="00FA4471">
      <w:pPr>
        <w:tabs>
          <w:tab w:val="left" w:pos="180"/>
        </w:tabs>
        <w:autoSpaceDE w:val="0"/>
        <w:autoSpaceDN w:val="0"/>
        <w:spacing w:before="190" w:after="0"/>
        <w:ind w:right="144"/>
        <w:rPr>
          <w:lang w:val="ru-RU"/>
        </w:rPr>
      </w:pP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Греческие полисы </w:t>
      </w:r>
      <w:r w:rsidRPr="00757F1C">
        <w:rPr>
          <w:lang w:val="ru-RU"/>
        </w:rPr>
        <w:br/>
      </w: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14:paraId="095414B9" w14:textId="77777777" w:rsidR="00F70C7D" w:rsidRPr="00757F1C" w:rsidRDefault="00FA4471">
      <w:pPr>
        <w:autoSpaceDE w:val="0"/>
        <w:autoSpaceDN w:val="0"/>
        <w:spacing w:before="70" w:after="0" w:line="271" w:lineRule="auto"/>
        <w:ind w:right="432" w:firstLine="180"/>
        <w:rPr>
          <w:lang w:val="ru-RU"/>
        </w:rPr>
      </w:pP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Афины: утверждение демократии. Законы Солона. Реформы </w:t>
      </w:r>
      <w:proofErr w:type="spellStart"/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Клисфена</w:t>
      </w:r>
      <w:proofErr w:type="spellEnd"/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, их значение. Спарта: основные группы населения, политическое устройство. Организация военного дела. Спартанское воспитание.</w:t>
      </w:r>
    </w:p>
    <w:p w14:paraId="79ABB3FA" w14:textId="77777777" w:rsidR="00F70C7D" w:rsidRPr="00757F1C" w:rsidRDefault="00FA4471">
      <w:pPr>
        <w:autoSpaceDE w:val="0"/>
        <w:autoSpaceDN w:val="0"/>
        <w:spacing w:before="70" w:after="0"/>
        <w:ind w:right="288" w:firstLine="180"/>
        <w:rPr>
          <w:lang w:val="ru-RU"/>
        </w:rPr>
      </w:pP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Греко-персидские войны. Причины войн. Походы персов на Грецию. Битва при Марафоне, ее значение. Усиление афинского могущества; Фемистокл. Битва при Фермопилах. Захват персами Аттики. Победы греков в </w:t>
      </w:r>
      <w:proofErr w:type="spellStart"/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Саламинском</w:t>
      </w:r>
      <w:proofErr w:type="spellEnd"/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 сражении, при </w:t>
      </w:r>
      <w:proofErr w:type="spellStart"/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Платеях</w:t>
      </w:r>
      <w:proofErr w:type="spellEnd"/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 и </w:t>
      </w:r>
      <w:proofErr w:type="spellStart"/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Микале</w:t>
      </w:r>
      <w:proofErr w:type="spellEnd"/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. Итоги греко-персидских войн.</w:t>
      </w:r>
    </w:p>
    <w:p w14:paraId="4B24758E" w14:textId="77777777" w:rsidR="00F70C7D" w:rsidRPr="00757F1C" w:rsidRDefault="00FA4471">
      <w:pPr>
        <w:tabs>
          <w:tab w:val="left" w:pos="180"/>
        </w:tabs>
        <w:autoSpaceDE w:val="0"/>
        <w:autoSpaceDN w:val="0"/>
        <w:spacing w:before="72" w:after="0" w:line="262" w:lineRule="auto"/>
        <w:ind w:right="864"/>
        <w:rPr>
          <w:lang w:val="ru-RU"/>
        </w:rPr>
      </w:pP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14:paraId="50BEAC9D" w14:textId="77777777" w:rsidR="00F70C7D" w:rsidRPr="00757F1C" w:rsidRDefault="00FA4471">
      <w:pPr>
        <w:autoSpaceDE w:val="0"/>
        <w:autoSpaceDN w:val="0"/>
        <w:spacing w:before="190" w:after="0" w:line="262" w:lineRule="auto"/>
        <w:ind w:left="180" w:right="432"/>
        <w:rPr>
          <w:lang w:val="ru-RU"/>
        </w:rPr>
      </w:pPr>
      <w:r w:rsidRPr="00757F1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Культура Древней Греции </w:t>
      </w:r>
      <w:r w:rsidRPr="00757F1C">
        <w:rPr>
          <w:lang w:val="ru-RU"/>
        </w:rPr>
        <w:br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Религия древних греков; пантеон богов. Храмы и жрецы. Развитие наук. Греческая философия.</w:t>
      </w:r>
    </w:p>
    <w:p w14:paraId="3DF0EFAE" w14:textId="77777777" w:rsidR="00F70C7D" w:rsidRPr="00757F1C" w:rsidRDefault="00FA4471">
      <w:pPr>
        <w:autoSpaceDE w:val="0"/>
        <w:autoSpaceDN w:val="0"/>
        <w:spacing w:before="70" w:after="0" w:line="262" w:lineRule="auto"/>
        <w:rPr>
          <w:lang w:val="ru-RU"/>
        </w:rPr>
      </w:pP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14:paraId="5F27CE96" w14:textId="77777777" w:rsidR="00F70C7D" w:rsidRPr="00757F1C" w:rsidRDefault="00FA4471">
      <w:pPr>
        <w:tabs>
          <w:tab w:val="left" w:pos="180"/>
        </w:tabs>
        <w:autoSpaceDE w:val="0"/>
        <w:autoSpaceDN w:val="0"/>
        <w:spacing w:before="190" w:after="0"/>
        <w:rPr>
          <w:lang w:val="ru-RU"/>
        </w:rPr>
      </w:pP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Македонские завоевания. Эллинизм </w:t>
      </w:r>
      <w:r w:rsidRPr="00757F1C">
        <w:rPr>
          <w:lang w:val="ru-RU"/>
        </w:rPr>
        <w:br/>
      </w: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Возвышение Македонии. Политика Филиппа </w:t>
      </w:r>
      <w:r>
        <w:rPr>
          <w:rFonts w:ascii="Times New Roman" w:eastAsia="Times New Roman" w:hAnsi="Times New Roman"/>
          <w:color w:val="000000"/>
          <w:sz w:val="24"/>
        </w:rPr>
        <w:t>II</w:t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</w:t>
      </w:r>
    </w:p>
    <w:p w14:paraId="152D2B4F" w14:textId="77777777" w:rsidR="00F70C7D" w:rsidRPr="00757F1C" w:rsidRDefault="00FA4471">
      <w:pPr>
        <w:autoSpaceDE w:val="0"/>
        <w:autoSpaceDN w:val="0"/>
        <w:spacing w:before="70" w:after="0" w:line="230" w:lineRule="auto"/>
        <w:rPr>
          <w:lang w:val="ru-RU"/>
        </w:rPr>
      </w:pP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Александрия Египетская.</w:t>
      </w:r>
    </w:p>
    <w:p w14:paraId="00E32EE0" w14:textId="77777777" w:rsidR="00F70C7D" w:rsidRPr="00757F1C" w:rsidRDefault="00FA4471">
      <w:pPr>
        <w:autoSpaceDE w:val="0"/>
        <w:autoSpaceDN w:val="0"/>
        <w:spacing w:before="190" w:after="0" w:line="271" w:lineRule="auto"/>
        <w:ind w:left="180" w:right="576"/>
        <w:rPr>
          <w:lang w:val="ru-RU"/>
        </w:rPr>
      </w:pPr>
      <w:r w:rsidRPr="00757F1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Древний Рим </w:t>
      </w:r>
      <w:r w:rsidRPr="00757F1C">
        <w:rPr>
          <w:lang w:val="ru-RU"/>
        </w:rPr>
        <w:br/>
      </w:r>
      <w:r w:rsidRPr="00757F1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Возникновение Римского государства </w:t>
      </w:r>
      <w:r w:rsidRPr="00757F1C">
        <w:rPr>
          <w:lang w:val="ru-RU"/>
        </w:rPr>
        <w:br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Природа и население Апеннинского полуострова в древности. Этрусские города-государства.</w:t>
      </w:r>
    </w:p>
    <w:p w14:paraId="2689EB31" w14:textId="77777777" w:rsidR="00F70C7D" w:rsidRPr="00757F1C" w:rsidRDefault="00F70C7D">
      <w:pPr>
        <w:rPr>
          <w:lang w:val="ru-RU"/>
        </w:rPr>
        <w:sectPr w:rsidR="00F70C7D" w:rsidRPr="00757F1C">
          <w:pgSz w:w="11900" w:h="16840"/>
          <w:pgMar w:top="292" w:right="692" w:bottom="348" w:left="666" w:header="720" w:footer="720" w:gutter="0"/>
          <w:cols w:space="720" w:equalWidth="0">
            <w:col w:w="10542" w:space="0"/>
          </w:cols>
          <w:docGrid w:linePitch="360"/>
        </w:sectPr>
      </w:pPr>
    </w:p>
    <w:p w14:paraId="141089E7" w14:textId="77777777" w:rsidR="00F70C7D" w:rsidRPr="00757F1C" w:rsidRDefault="00F70C7D">
      <w:pPr>
        <w:autoSpaceDE w:val="0"/>
        <w:autoSpaceDN w:val="0"/>
        <w:spacing w:after="66" w:line="220" w:lineRule="exact"/>
        <w:rPr>
          <w:lang w:val="ru-RU"/>
        </w:rPr>
      </w:pPr>
    </w:p>
    <w:p w14:paraId="59870C64" w14:textId="77777777" w:rsidR="00F70C7D" w:rsidRPr="00757F1C" w:rsidRDefault="00FA4471">
      <w:pPr>
        <w:autoSpaceDE w:val="0"/>
        <w:autoSpaceDN w:val="0"/>
        <w:spacing w:after="0" w:line="271" w:lineRule="auto"/>
        <w:rPr>
          <w:lang w:val="ru-RU"/>
        </w:rPr>
      </w:pP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14:paraId="2CF333A1" w14:textId="77777777" w:rsidR="00F70C7D" w:rsidRPr="00757F1C" w:rsidRDefault="00FA4471">
      <w:pPr>
        <w:tabs>
          <w:tab w:val="left" w:pos="180"/>
        </w:tabs>
        <w:autoSpaceDE w:val="0"/>
        <w:autoSpaceDN w:val="0"/>
        <w:spacing w:before="190" w:after="0" w:line="271" w:lineRule="auto"/>
        <w:ind w:right="576"/>
        <w:rPr>
          <w:lang w:val="ru-RU"/>
        </w:rPr>
      </w:pP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Римские завоевания в Средиземноморье </w:t>
      </w:r>
      <w:r w:rsidRPr="00757F1C">
        <w:rPr>
          <w:lang w:val="ru-RU"/>
        </w:rPr>
        <w:br/>
      </w: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Войны Рима с Карфагеном. Ганнибал; битва при Каннах. Поражение Карфагена. Установление господства Рима в Средиземноморье. Римские провинции.</w:t>
      </w:r>
    </w:p>
    <w:p w14:paraId="09107AD0" w14:textId="77777777" w:rsidR="00F70C7D" w:rsidRPr="00757F1C" w:rsidRDefault="00FA4471">
      <w:pPr>
        <w:tabs>
          <w:tab w:val="left" w:pos="180"/>
        </w:tabs>
        <w:autoSpaceDE w:val="0"/>
        <w:autoSpaceDN w:val="0"/>
        <w:spacing w:before="190" w:after="0" w:line="281" w:lineRule="auto"/>
        <w:rPr>
          <w:lang w:val="ru-RU"/>
        </w:rPr>
      </w:pP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Поздняя Римская республика. Гражданские войны </w:t>
      </w:r>
      <w:r w:rsidRPr="00757F1C">
        <w:rPr>
          <w:lang w:val="ru-RU"/>
        </w:rPr>
        <w:br/>
      </w: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Подъем сельского хозяйства. Латифундии. Рабство. Борьба за аграрную реформу. Деятельность братьев </w:t>
      </w:r>
      <w:proofErr w:type="spellStart"/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Гракхов</w:t>
      </w:r>
      <w:proofErr w:type="spellEnd"/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 Цезаря. Победа Октавиана.</w:t>
      </w:r>
    </w:p>
    <w:p w14:paraId="58443070" w14:textId="77777777" w:rsidR="00F70C7D" w:rsidRPr="00757F1C" w:rsidRDefault="00FA4471">
      <w:pPr>
        <w:tabs>
          <w:tab w:val="left" w:pos="180"/>
        </w:tabs>
        <w:autoSpaceDE w:val="0"/>
        <w:autoSpaceDN w:val="0"/>
        <w:spacing w:before="192" w:after="0" w:line="281" w:lineRule="auto"/>
        <w:rPr>
          <w:lang w:val="ru-RU"/>
        </w:rPr>
      </w:pP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Расцвет и падение Римской империи </w:t>
      </w:r>
      <w:r w:rsidRPr="00757F1C">
        <w:rPr>
          <w:lang w:val="ru-RU"/>
        </w:rPr>
        <w:br/>
      </w: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Установление императорской власти. Октавиан Август. Императоры Рима: завоеватели и </w:t>
      </w:r>
      <w:r w:rsidRPr="00757F1C">
        <w:rPr>
          <w:lang w:val="ru-RU"/>
        </w:rPr>
        <w:br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>
        <w:rPr>
          <w:rFonts w:ascii="Times New Roman" w:eastAsia="Times New Roman" w:hAnsi="Times New Roman"/>
          <w:color w:val="000000"/>
          <w:sz w:val="24"/>
        </w:rPr>
        <w:t>I</w:t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, перенос столицы в Константинополь. Разделение Римской империи на Западную и Восточную части.</w:t>
      </w:r>
    </w:p>
    <w:p w14:paraId="4B031F57" w14:textId="77777777" w:rsidR="00F70C7D" w:rsidRPr="00757F1C" w:rsidRDefault="00FA4471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Начало Великого переселения народов. Рим и варвары. Падение Западной Римской империи.</w:t>
      </w:r>
    </w:p>
    <w:p w14:paraId="51D62099" w14:textId="77777777" w:rsidR="00F70C7D" w:rsidRPr="00757F1C" w:rsidRDefault="00FA4471">
      <w:pPr>
        <w:tabs>
          <w:tab w:val="left" w:pos="180"/>
        </w:tabs>
        <w:autoSpaceDE w:val="0"/>
        <w:autoSpaceDN w:val="0"/>
        <w:spacing w:before="190" w:after="0" w:line="271" w:lineRule="auto"/>
        <w:ind w:right="144"/>
        <w:rPr>
          <w:lang w:val="ru-RU"/>
        </w:rPr>
      </w:pP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Культура Древнего Рима </w:t>
      </w:r>
      <w:r w:rsidRPr="00757F1C">
        <w:rPr>
          <w:lang w:val="ru-RU"/>
        </w:rPr>
        <w:br/>
      </w: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14:paraId="1EAD7F2D" w14:textId="77777777" w:rsidR="00F70C7D" w:rsidRPr="00757F1C" w:rsidRDefault="00FA4471">
      <w:pPr>
        <w:autoSpaceDE w:val="0"/>
        <w:autoSpaceDN w:val="0"/>
        <w:spacing w:before="190" w:after="0" w:line="262" w:lineRule="auto"/>
        <w:ind w:left="180" w:right="3312"/>
        <w:rPr>
          <w:lang w:val="ru-RU"/>
        </w:rPr>
      </w:pPr>
      <w:r w:rsidRPr="00757F1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Обобщение </w:t>
      </w:r>
      <w:r w:rsidRPr="00757F1C">
        <w:rPr>
          <w:lang w:val="ru-RU"/>
        </w:rPr>
        <w:br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Историческое и культурное наследие цивилизаций Древнего мира. </w:t>
      </w:r>
    </w:p>
    <w:p w14:paraId="00F4A2EA" w14:textId="77777777" w:rsidR="00F70C7D" w:rsidRPr="00757F1C" w:rsidRDefault="00F70C7D">
      <w:pPr>
        <w:rPr>
          <w:lang w:val="ru-RU"/>
        </w:rPr>
        <w:sectPr w:rsidR="00F70C7D" w:rsidRPr="00757F1C">
          <w:pgSz w:w="11900" w:h="16840"/>
          <w:pgMar w:top="286" w:right="680" w:bottom="1440" w:left="666" w:header="720" w:footer="720" w:gutter="0"/>
          <w:cols w:space="720" w:equalWidth="0">
            <w:col w:w="10554" w:space="0"/>
          </w:cols>
          <w:docGrid w:linePitch="360"/>
        </w:sectPr>
      </w:pPr>
    </w:p>
    <w:p w14:paraId="441A9C03" w14:textId="77777777" w:rsidR="00F70C7D" w:rsidRPr="00757F1C" w:rsidRDefault="00F70C7D">
      <w:pPr>
        <w:autoSpaceDE w:val="0"/>
        <w:autoSpaceDN w:val="0"/>
        <w:spacing w:after="78" w:line="220" w:lineRule="exact"/>
        <w:rPr>
          <w:lang w:val="ru-RU"/>
        </w:rPr>
      </w:pPr>
    </w:p>
    <w:p w14:paraId="4BDFF0FD" w14:textId="77777777" w:rsidR="00F70C7D" w:rsidRPr="00757F1C" w:rsidRDefault="00FA4471">
      <w:pPr>
        <w:autoSpaceDE w:val="0"/>
        <w:autoSpaceDN w:val="0"/>
        <w:spacing w:after="0" w:line="230" w:lineRule="auto"/>
        <w:rPr>
          <w:lang w:val="ru-RU"/>
        </w:rPr>
      </w:pPr>
      <w:r w:rsidRPr="00757F1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ПЛАНИРУЕМЫЕ РЕЗУЛЬТАТЫ </w:t>
      </w:r>
    </w:p>
    <w:p w14:paraId="692CED4E" w14:textId="77777777" w:rsidR="00F70C7D" w:rsidRPr="00757F1C" w:rsidRDefault="00FA4471">
      <w:pPr>
        <w:tabs>
          <w:tab w:val="left" w:pos="180"/>
        </w:tabs>
        <w:autoSpaceDE w:val="0"/>
        <w:autoSpaceDN w:val="0"/>
        <w:spacing w:before="346" w:after="0" w:line="262" w:lineRule="auto"/>
        <w:ind w:right="1584"/>
        <w:rPr>
          <w:lang w:val="ru-RU"/>
        </w:rPr>
      </w:pP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14:paraId="7B98A98A" w14:textId="77777777" w:rsidR="00F70C7D" w:rsidRPr="00757F1C" w:rsidRDefault="00FA4471">
      <w:pPr>
        <w:autoSpaceDE w:val="0"/>
        <w:autoSpaceDN w:val="0"/>
        <w:spacing w:before="262" w:after="0" w:line="230" w:lineRule="auto"/>
        <w:rPr>
          <w:lang w:val="ru-RU"/>
        </w:rPr>
      </w:pPr>
      <w:r w:rsidRPr="00757F1C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14:paraId="2AAD1C07" w14:textId="77777777" w:rsidR="00F70C7D" w:rsidRPr="00757F1C" w:rsidRDefault="00FA4471">
      <w:pPr>
        <w:tabs>
          <w:tab w:val="left" w:pos="180"/>
        </w:tabs>
        <w:autoSpaceDE w:val="0"/>
        <w:autoSpaceDN w:val="0"/>
        <w:spacing w:before="166" w:after="0" w:line="290" w:lineRule="auto"/>
        <w:rPr>
          <w:lang w:val="ru-RU"/>
        </w:rPr>
      </w:pP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К важнейшим </w:t>
      </w:r>
      <w:r w:rsidRPr="00757F1C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личностным результатам</w:t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 </w:t>
      </w:r>
      <w:r w:rsidRPr="00757F1C">
        <w:rPr>
          <w:lang w:val="ru-RU"/>
        </w:rPr>
        <w:br/>
      </w: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в сфере </w:t>
      </w:r>
      <w:r w:rsidRPr="00757F1C">
        <w:rPr>
          <w:rFonts w:ascii="Times New Roman" w:eastAsia="Times New Roman" w:hAnsi="Times New Roman"/>
          <w:i/>
          <w:color w:val="000000"/>
          <w:sz w:val="24"/>
          <w:lang w:val="ru-RU"/>
        </w:rPr>
        <w:t>патриотического воспитания:</w:t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</w:t>
      </w:r>
      <w:r w:rsidRPr="00757F1C">
        <w:rPr>
          <w:lang w:val="ru-RU"/>
        </w:rPr>
        <w:br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отношение к достижениям своей Родины —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 </w:t>
      </w:r>
      <w:r w:rsidRPr="00757F1C">
        <w:rPr>
          <w:lang w:val="ru-RU"/>
        </w:rPr>
        <w:br/>
      </w: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в сфере </w:t>
      </w:r>
      <w:r w:rsidRPr="00757F1C">
        <w:rPr>
          <w:rFonts w:ascii="Times New Roman" w:eastAsia="Times New Roman" w:hAnsi="Times New Roman"/>
          <w:i/>
          <w:color w:val="000000"/>
          <w:sz w:val="24"/>
          <w:lang w:val="ru-RU"/>
        </w:rPr>
        <w:t>гражданского воспитания:</w:t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 </w:t>
      </w: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в </w:t>
      </w:r>
      <w:r w:rsidRPr="00757F1C">
        <w:rPr>
          <w:rFonts w:ascii="Times New Roman" w:eastAsia="Times New Roman" w:hAnsi="Times New Roman"/>
          <w:i/>
          <w:color w:val="000000"/>
          <w:sz w:val="24"/>
          <w:lang w:val="ru-RU"/>
        </w:rPr>
        <w:t>духовно-нравственной сфере</w:t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 </w:t>
      </w:r>
      <w:r w:rsidRPr="00757F1C">
        <w:rPr>
          <w:lang w:val="ru-RU"/>
        </w:rPr>
        <w:br/>
      </w: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 </w:t>
      </w: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в сфере </w:t>
      </w:r>
      <w:r w:rsidRPr="00757F1C">
        <w:rPr>
          <w:rFonts w:ascii="Times New Roman" w:eastAsia="Times New Roman" w:hAnsi="Times New Roman"/>
          <w:i/>
          <w:color w:val="000000"/>
          <w:sz w:val="24"/>
          <w:lang w:val="ru-RU"/>
        </w:rPr>
        <w:t>эстетического воспитания</w:t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: представление о культурном многообразии своей страны и мира; осознание важности культуры как воплощения ценностей общества и средства </w:t>
      </w:r>
      <w:r w:rsidRPr="00757F1C">
        <w:rPr>
          <w:lang w:val="ru-RU"/>
        </w:rPr>
        <w:br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 </w:t>
      </w: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в формировании ценностного отношения к жизни и здоровью: осознание ценности жизни и необходимости ее сохранения (в том числе —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 </w:t>
      </w:r>
      <w:r w:rsidRPr="00757F1C">
        <w:rPr>
          <w:lang w:val="ru-RU"/>
        </w:rPr>
        <w:br/>
      </w: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в сфере </w:t>
      </w:r>
      <w:r w:rsidRPr="00757F1C">
        <w:rPr>
          <w:rFonts w:ascii="Times New Roman" w:eastAsia="Times New Roman" w:hAnsi="Times New Roman"/>
          <w:i/>
          <w:color w:val="000000"/>
          <w:sz w:val="24"/>
          <w:lang w:val="ru-RU"/>
        </w:rPr>
        <w:t>трудового воспитания</w:t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: понимание на основе знания истории значения трудовой </w:t>
      </w:r>
      <w:r w:rsidRPr="00757F1C">
        <w:rPr>
          <w:lang w:val="ru-RU"/>
        </w:rPr>
        <w:br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</w:t>
      </w:r>
      <w:r w:rsidRPr="00757F1C">
        <w:rPr>
          <w:lang w:val="ru-RU"/>
        </w:rPr>
        <w:br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построение индивидуальной траектории образования и жизненных планов; </w:t>
      </w:r>
      <w:r w:rsidRPr="00757F1C">
        <w:rPr>
          <w:lang w:val="ru-RU"/>
        </w:rPr>
        <w:br/>
      </w: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в сфере </w:t>
      </w:r>
      <w:r w:rsidRPr="00757F1C">
        <w:rPr>
          <w:rFonts w:ascii="Times New Roman" w:eastAsia="Times New Roman" w:hAnsi="Times New Roman"/>
          <w:i/>
          <w:color w:val="000000"/>
          <w:sz w:val="24"/>
          <w:lang w:val="ru-RU"/>
        </w:rPr>
        <w:t>экологического воспитания:</w:t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</w:t>
      </w:r>
    </w:p>
    <w:p w14:paraId="4E190CFD" w14:textId="77777777" w:rsidR="00F70C7D" w:rsidRPr="00757F1C" w:rsidRDefault="00F70C7D">
      <w:pPr>
        <w:rPr>
          <w:lang w:val="ru-RU"/>
        </w:rPr>
        <w:sectPr w:rsidR="00F70C7D" w:rsidRPr="00757F1C">
          <w:pgSz w:w="11900" w:h="16840"/>
          <w:pgMar w:top="298" w:right="650" w:bottom="312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32141496" w14:textId="77777777" w:rsidR="00F70C7D" w:rsidRPr="00757F1C" w:rsidRDefault="00F70C7D">
      <w:pPr>
        <w:autoSpaceDE w:val="0"/>
        <w:autoSpaceDN w:val="0"/>
        <w:spacing w:after="72" w:line="220" w:lineRule="exact"/>
        <w:rPr>
          <w:lang w:val="ru-RU"/>
        </w:rPr>
      </w:pPr>
    </w:p>
    <w:p w14:paraId="47668DB1" w14:textId="77777777" w:rsidR="00F70C7D" w:rsidRPr="00757F1C" w:rsidRDefault="00FA4471">
      <w:pPr>
        <w:autoSpaceDE w:val="0"/>
        <w:autoSpaceDN w:val="0"/>
        <w:spacing w:after="0" w:line="230" w:lineRule="auto"/>
        <w:rPr>
          <w:lang w:val="ru-RU"/>
        </w:rPr>
      </w:pP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направленности.</w:t>
      </w:r>
    </w:p>
    <w:p w14:paraId="445698EA" w14:textId="77777777" w:rsidR="00F70C7D" w:rsidRPr="00757F1C" w:rsidRDefault="00FA4471">
      <w:pPr>
        <w:autoSpaceDE w:val="0"/>
        <w:autoSpaceDN w:val="0"/>
        <w:spacing w:before="70" w:after="0"/>
        <w:ind w:right="576" w:firstLine="180"/>
        <w:rPr>
          <w:lang w:val="ru-RU"/>
        </w:rPr>
      </w:pP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в сфере </w:t>
      </w:r>
      <w:r w:rsidRPr="00757F1C">
        <w:rPr>
          <w:rFonts w:ascii="Times New Roman" w:eastAsia="Times New Roman" w:hAnsi="Times New Roman"/>
          <w:i/>
          <w:color w:val="000000"/>
          <w:sz w:val="24"/>
          <w:lang w:val="ru-RU"/>
        </w:rPr>
        <w:t>адаптации к меняющимся условиям социальной и природной среды:</w:t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14:paraId="49352C23" w14:textId="77777777" w:rsidR="00F70C7D" w:rsidRPr="00757F1C" w:rsidRDefault="00FA4471">
      <w:pPr>
        <w:autoSpaceDE w:val="0"/>
        <w:autoSpaceDN w:val="0"/>
        <w:spacing w:before="262" w:after="0" w:line="230" w:lineRule="auto"/>
        <w:rPr>
          <w:lang w:val="ru-RU"/>
        </w:rPr>
      </w:pPr>
      <w:r w:rsidRPr="00757F1C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14:paraId="17EB2078" w14:textId="77777777" w:rsidR="00F70C7D" w:rsidRPr="00757F1C" w:rsidRDefault="00FA4471">
      <w:pPr>
        <w:tabs>
          <w:tab w:val="left" w:pos="180"/>
        </w:tabs>
        <w:autoSpaceDE w:val="0"/>
        <w:autoSpaceDN w:val="0"/>
        <w:spacing w:before="166" w:after="0" w:line="262" w:lineRule="auto"/>
        <w:ind w:right="432"/>
        <w:rPr>
          <w:lang w:val="ru-RU"/>
        </w:rPr>
      </w:pP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Метапредметные результаты</w:t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 изучения истории в основной школе выражаются в следующих качествах и действиях.</w:t>
      </w:r>
    </w:p>
    <w:p w14:paraId="324968B2" w14:textId="77777777" w:rsidR="00F70C7D" w:rsidRPr="00757F1C" w:rsidRDefault="00FA4471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В сфере универсальных учебных познавательных действий: </w:t>
      </w:r>
      <w:r w:rsidRPr="00757F1C">
        <w:rPr>
          <w:lang w:val="ru-RU"/>
        </w:rPr>
        <w:br/>
      </w: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i/>
          <w:color w:val="000000"/>
          <w:sz w:val="24"/>
          <w:lang w:val="ru-RU"/>
        </w:rPr>
        <w:t>владение базовыми логическими действиями:</w:t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 </w:t>
      </w:r>
      <w:r w:rsidRPr="00757F1C">
        <w:rPr>
          <w:lang w:val="ru-RU"/>
        </w:rPr>
        <w:br/>
      </w: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i/>
          <w:color w:val="000000"/>
          <w:sz w:val="24"/>
          <w:lang w:val="ru-RU"/>
        </w:rPr>
        <w:t>владение базовыми исследовательскими действиями:</w:t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 </w:t>
      </w:r>
      <w:r w:rsidRPr="00757F1C">
        <w:rPr>
          <w:lang w:val="ru-RU"/>
        </w:rPr>
        <w:br/>
      </w: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i/>
          <w:color w:val="000000"/>
          <w:sz w:val="24"/>
          <w:lang w:val="ru-RU"/>
        </w:rPr>
        <w:t>работа с информацией:</w:t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—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</w:t>
      </w:r>
      <w:r w:rsidRPr="00757F1C">
        <w:rPr>
          <w:lang w:val="ru-RU"/>
        </w:rPr>
        <w:br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предложенным учителем или сформулированным самостоятельно).</w:t>
      </w:r>
    </w:p>
    <w:p w14:paraId="45424AFB" w14:textId="77777777" w:rsidR="00F70C7D" w:rsidRPr="00757F1C" w:rsidRDefault="00FA4471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В сфере универсальных учебных коммуникативных действий: </w:t>
      </w:r>
      <w:r w:rsidRPr="00757F1C">
        <w:rPr>
          <w:lang w:val="ru-RU"/>
        </w:rPr>
        <w:br/>
      </w: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i/>
          <w:color w:val="000000"/>
          <w:sz w:val="24"/>
          <w:lang w:val="ru-RU"/>
        </w:rPr>
        <w:t>общение:</w:t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 представлять особенности взаимодействия людей в исторических обществах и </w:t>
      </w:r>
      <w:r w:rsidRPr="00757F1C">
        <w:rPr>
          <w:lang w:val="ru-RU"/>
        </w:rPr>
        <w:br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</w:t>
      </w:r>
      <w:r w:rsidRPr="00757F1C">
        <w:rPr>
          <w:lang w:val="ru-RU"/>
        </w:rPr>
        <w:br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 </w:t>
      </w:r>
      <w:r w:rsidRPr="00757F1C">
        <w:rPr>
          <w:lang w:val="ru-RU"/>
        </w:rPr>
        <w:br/>
      </w: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i/>
          <w:color w:val="000000"/>
          <w:sz w:val="24"/>
          <w:lang w:val="ru-RU"/>
        </w:rPr>
        <w:t>осуществление совместной деятельности:</w:t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—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14:paraId="1B43629E" w14:textId="77777777" w:rsidR="00F70C7D" w:rsidRPr="00757F1C" w:rsidRDefault="00FA4471">
      <w:pPr>
        <w:tabs>
          <w:tab w:val="left" w:pos="180"/>
        </w:tabs>
        <w:autoSpaceDE w:val="0"/>
        <w:autoSpaceDN w:val="0"/>
        <w:spacing w:before="70" w:after="0" w:line="281" w:lineRule="auto"/>
        <w:rPr>
          <w:lang w:val="ru-RU"/>
        </w:rPr>
      </w:pP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В сфере универсальных учебных регулятивных действий: </w:t>
      </w:r>
      <w:r w:rsidRPr="00757F1C">
        <w:rPr>
          <w:lang w:val="ru-RU"/>
        </w:rPr>
        <w:br/>
      </w: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в</w:t>
      </w:r>
      <w:r w:rsidRPr="00757F1C">
        <w:rPr>
          <w:rFonts w:ascii="Times New Roman" w:eastAsia="Times New Roman" w:hAnsi="Times New Roman"/>
          <w:i/>
          <w:color w:val="000000"/>
          <w:sz w:val="24"/>
          <w:lang w:val="ru-RU"/>
        </w:rPr>
        <w:t>ладение приемами самоорганизации</w:t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 своей учебной и общественной работы (выявление проблемы, требующей решения; составление плана действий и определение способа решения); </w:t>
      </w:r>
      <w:r w:rsidRPr="00757F1C">
        <w:rPr>
          <w:lang w:val="ru-RU"/>
        </w:rPr>
        <w:br/>
      </w: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владение приемами самоконтроля —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14:paraId="032AFC4D" w14:textId="77777777" w:rsidR="00F70C7D" w:rsidRPr="00757F1C" w:rsidRDefault="00FA4471">
      <w:pPr>
        <w:tabs>
          <w:tab w:val="left" w:pos="180"/>
        </w:tabs>
        <w:autoSpaceDE w:val="0"/>
        <w:autoSpaceDN w:val="0"/>
        <w:spacing w:before="70" w:after="0"/>
        <w:ind w:right="720"/>
        <w:rPr>
          <w:lang w:val="ru-RU"/>
        </w:rPr>
      </w:pP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i/>
          <w:color w:val="000000"/>
          <w:sz w:val="24"/>
          <w:lang w:val="ru-RU"/>
        </w:rPr>
        <w:t>В сфере эмоционального интеллекта</w:t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,</w:t>
      </w:r>
      <w:r w:rsidRPr="00757F1C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 понимания себя и других: </w:t>
      </w:r>
      <w:r w:rsidRPr="00757F1C">
        <w:rPr>
          <w:lang w:val="ru-RU"/>
        </w:rPr>
        <w:br/>
      </w: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на примерах исторических ситуаций роль эмоций в отношениях между людьми; </w:t>
      </w: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14:paraId="231DD297" w14:textId="77777777" w:rsidR="00F70C7D" w:rsidRPr="00757F1C" w:rsidRDefault="00F70C7D">
      <w:pPr>
        <w:rPr>
          <w:lang w:val="ru-RU"/>
        </w:rPr>
        <w:sectPr w:rsidR="00F70C7D" w:rsidRPr="00757F1C">
          <w:pgSz w:w="11900" w:h="16840"/>
          <w:pgMar w:top="292" w:right="686" w:bottom="288" w:left="666" w:header="720" w:footer="720" w:gutter="0"/>
          <w:cols w:space="720" w:equalWidth="0">
            <w:col w:w="10548" w:space="0"/>
          </w:cols>
          <w:docGrid w:linePitch="360"/>
        </w:sectPr>
      </w:pPr>
    </w:p>
    <w:p w14:paraId="4A24C2AC" w14:textId="77777777" w:rsidR="00F70C7D" w:rsidRPr="00757F1C" w:rsidRDefault="00F70C7D">
      <w:pPr>
        <w:autoSpaceDE w:val="0"/>
        <w:autoSpaceDN w:val="0"/>
        <w:spacing w:after="96" w:line="220" w:lineRule="exact"/>
        <w:rPr>
          <w:lang w:val="ru-RU"/>
        </w:rPr>
      </w:pPr>
    </w:p>
    <w:p w14:paraId="7F4D2CD4" w14:textId="77777777" w:rsidR="00F70C7D" w:rsidRPr="00757F1C" w:rsidRDefault="00FA4471">
      <w:pPr>
        <w:tabs>
          <w:tab w:val="left" w:pos="180"/>
        </w:tabs>
        <w:autoSpaceDE w:val="0"/>
        <w:autoSpaceDN w:val="0"/>
        <w:spacing w:after="0" w:line="262" w:lineRule="auto"/>
        <w:ind w:right="576"/>
        <w:rPr>
          <w:lang w:val="ru-RU"/>
        </w:rPr>
      </w:pP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14:paraId="4EBDB3E1" w14:textId="77777777" w:rsidR="00F70C7D" w:rsidRPr="00757F1C" w:rsidRDefault="00FA4471">
      <w:pPr>
        <w:autoSpaceDE w:val="0"/>
        <w:autoSpaceDN w:val="0"/>
        <w:spacing w:before="262" w:after="0" w:line="230" w:lineRule="auto"/>
        <w:rPr>
          <w:lang w:val="ru-RU"/>
        </w:rPr>
      </w:pPr>
      <w:r w:rsidRPr="00757F1C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14:paraId="5EAAAA1C" w14:textId="77777777" w:rsidR="00F70C7D" w:rsidRPr="00757F1C" w:rsidRDefault="00FA4471">
      <w:pPr>
        <w:tabs>
          <w:tab w:val="left" w:pos="180"/>
        </w:tabs>
        <w:autoSpaceDE w:val="0"/>
        <w:autoSpaceDN w:val="0"/>
        <w:spacing w:before="166" w:after="0" w:line="281" w:lineRule="auto"/>
        <w:rPr>
          <w:lang w:val="ru-RU"/>
        </w:rPr>
      </w:pP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1.Знание хронологии, работа с хронологией: </w:t>
      </w:r>
      <w:r w:rsidRPr="00757F1C">
        <w:rPr>
          <w:lang w:val="ru-RU"/>
        </w:rPr>
        <w:br/>
      </w: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объяснять смысл основных хронологических понятий (век, тысячелетие, до нашей эры, наша эра); </w:t>
      </w: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называть даты важнейших событий истории Древнего мира; по дате устанавливать принадлежность события к веку, тысячелетию; </w:t>
      </w:r>
      <w:r w:rsidRPr="00757F1C">
        <w:rPr>
          <w:lang w:val="ru-RU"/>
        </w:rPr>
        <w:br/>
      </w: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14:paraId="544CD92D" w14:textId="77777777" w:rsidR="00F70C7D" w:rsidRPr="00757F1C" w:rsidRDefault="00FA4471">
      <w:pPr>
        <w:tabs>
          <w:tab w:val="left" w:pos="180"/>
        </w:tabs>
        <w:autoSpaceDE w:val="0"/>
        <w:autoSpaceDN w:val="0"/>
        <w:spacing w:before="72" w:after="0"/>
        <w:ind w:right="144"/>
        <w:rPr>
          <w:lang w:val="ru-RU"/>
        </w:rPr>
      </w:pP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2.Знание исторических фактов, работа с фактами: </w:t>
      </w:r>
      <w:r w:rsidRPr="00757F1C">
        <w:rPr>
          <w:lang w:val="ru-RU"/>
        </w:rPr>
        <w:br/>
      </w: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указывать (называть) место, обстоятельства, участников, результаты важнейших событий истории Древнего мира; </w:t>
      </w:r>
      <w:r w:rsidRPr="00757F1C">
        <w:rPr>
          <w:lang w:val="ru-RU"/>
        </w:rPr>
        <w:br/>
      </w: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группировать, систематизировать факты по заданному признаку.</w:t>
      </w:r>
    </w:p>
    <w:p w14:paraId="2334677F" w14:textId="77777777" w:rsidR="00F70C7D" w:rsidRPr="00757F1C" w:rsidRDefault="00FA4471">
      <w:pPr>
        <w:tabs>
          <w:tab w:val="left" w:pos="180"/>
        </w:tabs>
        <w:autoSpaceDE w:val="0"/>
        <w:autoSpaceDN w:val="0"/>
        <w:spacing w:before="70" w:after="0" w:line="281" w:lineRule="auto"/>
        <w:rPr>
          <w:lang w:val="ru-RU"/>
        </w:rPr>
      </w:pP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3.Работа с исторической картой: </w:t>
      </w:r>
      <w:r w:rsidRPr="00757F1C">
        <w:rPr>
          <w:lang w:val="ru-RU"/>
        </w:rPr>
        <w:br/>
      </w: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</w:t>
      </w:r>
      <w:r w:rsidRPr="00757F1C">
        <w:rPr>
          <w:lang w:val="ru-RU"/>
        </w:rPr>
        <w:br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цивилизаций и государств, места важнейших исторических событий), используя легенду карты; </w:t>
      </w: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14:paraId="2C7325F1" w14:textId="77777777" w:rsidR="00F70C7D" w:rsidRPr="00757F1C" w:rsidRDefault="00FA4471">
      <w:pPr>
        <w:tabs>
          <w:tab w:val="left" w:pos="180"/>
        </w:tabs>
        <w:autoSpaceDE w:val="0"/>
        <w:autoSpaceDN w:val="0"/>
        <w:spacing w:before="70" w:after="0" w:line="286" w:lineRule="auto"/>
        <w:ind w:right="288"/>
        <w:rPr>
          <w:lang w:val="ru-RU"/>
        </w:rPr>
      </w:pP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4.Работа с историческими источниками: </w:t>
      </w:r>
      <w:r w:rsidRPr="00757F1C">
        <w:rPr>
          <w:lang w:val="ru-RU"/>
        </w:rPr>
        <w:br/>
      </w: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называть и различать основные типы исторических источников (письменные, визуальные, вещественные), приводить примеры источников разных типов; </w:t>
      </w:r>
      <w:r w:rsidRPr="00757F1C">
        <w:rPr>
          <w:lang w:val="ru-RU"/>
        </w:rPr>
        <w:br/>
      </w: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различать памятники культуры изучаемой эпохи и источники, созданные в последующие эпохи, приводить примеры; </w:t>
      </w:r>
      <w:r w:rsidRPr="00757F1C">
        <w:rPr>
          <w:lang w:val="ru-RU"/>
        </w:rPr>
        <w:br/>
      </w: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14:paraId="588347DF" w14:textId="77777777" w:rsidR="00F70C7D" w:rsidRPr="00757F1C" w:rsidRDefault="00FA4471">
      <w:pPr>
        <w:tabs>
          <w:tab w:val="left" w:pos="180"/>
        </w:tabs>
        <w:autoSpaceDE w:val="0"/>
        <w:autoSpaceDN w:val="0"/>
        <w:spacing w:before="70" w:after="0" w:line="283" w:lineRule="auto"/>
        <w:rPr>
          <w:lang w:val="ru-RU"/>
        </w:rPr>
      </w:pP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5.Историческое описание (реконструкция): </w:t>
      </w:r>
      <w:r w:rsidRPr="00757F1C">
        <w:rPr>
          <w:lang w:val="ru-RU"/>
        </w:rPr>
        <w:br/>
      </w: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характеризовать условия жизни людей в древности; </w:t>
      </w:r>
      <w:r w:rsidRPr="00757F1C">
        <w:rPr>
          <w:lang w:val="ru-RU"/>
        </w:rPr>
        <w:br/>
      </w: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рассказывать о значительных событиях древней истории, их участниках; </w:t>
      </w:r>
      <w:r w:rsidRPr="00757F1C">
        <w:rPr>
          <w:lang w:val="ru-RU"/>
        </w:rPr>
        <w:br/>
      </w: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рассказывать об исторических личностях Древнего мира (ключевых моментах их биографии, роли в исторических событиях); </w:t>
      </w:r>
      <w:r w:rsidRPr="00757F1C">
        <w:rPr>
          <w:lang w:val="ru-RU"/>
        </w:rPr>
        <w:br/>
      </w: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давать краткое описание памятников культуры эпохи первобытности и древнейших цивилизаций.</w:t>
      </w:r>
    </w:p>
    <w:p w14:paraId="3F690E21" w14:textId="77777777" w:rsidR="00F70C7D" w:rsidRPr="00757F1C" w:rsidRDefault="00FA4471">
      <w:pPr>
        <w:tabs>
          <w:tab w:val="left" w:pos="180"/>
        </w:tabs>
        <w:autoSpaceDE w:val="0"/>
        <w:autoSpaceDN w:val="0"/>
        <w:spacing w:before="70" w:after="0" w:line="281" w:lineRule="auto"/>
        <w:ind w:right="144"/>
        <w:rPr>
          <w:lang w:val="ru-RU"/>
        </w:rPr>
      </w:pP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6.Анализ, объяснение исторических событий, явлений: </w:t>
      </w:r>
      <w:r w:rsidRPr="00757F1C">
        <w:rPr>
          <w:lang w:val="ru-RU"/>
        </w:rPr>
        <w:br/>
      </w: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 </w:t>
      </w:r>
      <w:r w:rsidRPr="00757F1C">
        <w:rPr>
          <w:lang w:val="ru-RU"/>
        </w:rPr>
        <w:br/>
      </w: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сравнивать исторические явления, определять их общие черты; </w:t>
      </w:r>
      <w:r w:rsidRPr="00757F1C">
        <w:rPr>
          <w:lang w:val="ru-RU"/>
        </w:rPr>
        <w:br/>
      </w: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иллюстрировать общие явления, черты конкретными примерами; </w:t>
      </w:r>
      <w:r w:rsidRPr="00757F1C">
        <w:rPr>
          <w:lang w:val="ru-RU"/>
        </w:rPr>
        <w:br/>
      </w: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объяснять причины и следствия важнейших событий древней истории.</w:t>
      </w:r>
    </w:p>
    <w:p w14:paraId="3C4FD2D8" w14:textId="77777777" w:rsidR="00F70C7D" w:rsidRPr="00757F1C" w:rsidRDefault="00FA4471">
      <w:pPr>
        <w:tabs>
          <w:tab w:val="left" w:pos="180"/>
        </w:tabs>
        <w:autoSpaceDE w:val="0"/>
        <w:autoSpaceDN w:val="0"/>
        <w:spacing w:before="70" w:after="0" w:line="281" w:lineRule="auto"/>
        <w:ind w:right="576"/>
        <w:rPr>
          <w:lang w:val="ru-RU"/>
        </w:rPr>
      </w:pP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7.Рассмотрение исторических версий и оценок, определение своего отношения к наиболее значимым событиям и личностям прошлого: </w:t>
      </w:r>
      <w:r w:rsidRPr="00757F1C">
        <w:rPr>
          <w:lang w:val="ru-RU"/>
        </w:rPr>
        <w:br/>
      </w: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излагать оценки наиболее значительных событий и личностей древней истории, приводимые в учебной литературе; </w:t>
      </w:r>
      <w:r w:rsidRPr="00757F1C">
        <w:rPr>
          <w:lang w:val="ru-RU"/>
        </w:rPr>
        <w:br/>
      </w: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14:paraId="5D586D8D" w14:textId="77777777" w:rsidR="00F70C7D" w:rsidRPr="00757F1C" w:rsidRDefault="00F70C7D">
      <w:pPr>
        <w:rPr>
          <w:lang w:val="ru-RU"/>
        </w:rPr>
        <w:sectPr w:rsidR="00F70C7D" w:rsidRPr="00757F1C">
          <w:pgSz w:w="11900" w:h="16840"/>
          <w:pgMar w:top="316" w:right="698" w:bottom="432" w:left="666" w:header="720" w:footer="720" w:gutter="0"/>
          <w:cols w:space="720" w:equalWidth="0">
            <w:col w:w="10536" w:space="0"/>
          </w:cols>
          <w:docGrid w:linePitch="360"/>
        </w:sectPr>
      </w:pPr>
    </w:p>
    <w:p w14:paraId="246FA632" w14:textId="77777777" w:rsidR="00F70C7D" w:rsidRPr="00757F1C" w:rsidRDefault="00F70C7D">
      <w:pPr>
        <w:autoSpaceDE w:val="0"/>
        <w:autoSpaceDN w:val="0"/>
        <w:spacing w:after="78" w:line="220" w:lineRule="exact"/>
        <w:rPr>
          <w:lang w:val="ru-RU"/>
        </w:rPr>
      </w:pPr>
    </w:p>
    <w:p w14:paraId="6A479C2F" w14:textId="77777777" w:rsidR="00F70C7D" w:rsidRPr="00757F1C" w:rsidRDefault="00FA4471">
      <w:pPr>
        <w:tabs>
          <w:tab w:val="left" w:pos="180"/>
        </w:tabs>
        <w:autoSpaceDE w:val="0"/>
        <w:autoSpaceDN w:val="0"/>
        <w:spacing w:after="0" w:line="281" w:lineRule="auto"/>
        <w:rPr>
          <w:lang w:val="ru-RU"/>
        </w:rPr>
      </w:pP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8.Применение исторических знаний: </w:t>
      </w:r>
      <w:r w:rsidRPr="00757F1C">
        <w:rPr>
          <w:lang w:val="ru-RU"/>
        </w:rPr>
        <w:br/>
      </w: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 xml:space="preserve">раскрывать значение памятников древней истории и культуры, необходимость сохранения их в современном мире; </w:t>
      </w:r>
      <w:r w:rsidRPr="00757F1C">
        <w:rPr>
          <w:lang w:val="ru-RU"/>
        </w:rPr>
        <w:br/>
      </w:r>
      <w:r w:rsidRPr="00757F1C">
        <w:rPr>
          <w:lang w:val="ru-RU"/>
        </w:rPr>
        <w:tab/>
      </w:r>
      <w:r w:rsidRPr="00757F1C">
        <w:rPr>
          <w:rFonts w:ascii="Times New Roman" w:eastAsia="Times New Roman" w:hAnsi="Times New Roman"/>
          <w:color w:val="000000"/>
          <w:sz w:val="24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альбома,</w:t>
      </w:r>
    </w:p>
    <w:p w14:paraId="583FB6FA" w14:textId="77777777" w:rsidR="00F70C7D" w:rsidRPr="00757F1C" w:rsidRDefault="00F70C7D">
      <w:pPr>
        <w:rPr>
          <w:lang w:val="ru-RU"/>
        </w:rPr>
        <w:sectPr w:rsidR="00F70C7D" w:rsidRPr="00757F1C">
          <w:pgSz w:w="11900" w:h="16840"/>
          <w:pgMar w:top="298" w:right="1126" w:bottom="1440" w:left="666" w:header="720" w:footer="720" w:gutter="0"/>
          <w:cols w:space="720" w:equalWidth="0">
            <w:col w:w="10108" w:space="0"/>
          </w:cols>
          <w:docGrid w:linePitch="360"/>
        </w:sectPr>
      </w:pPr>
    </w:p>
    <w:p w14:paraId="1F5B70FC" w14:textId="77777777" w:rsidR="00F70C7D" w:rsidRPr="00757F1C" w:rsidRDefault="00F70C7D">
      <w:pPr>
        <w:autoSpaceDE w:val="0"/>
        <w:autoSpaceDN w:val="0"/>
        <w:spacing w:after="64" w:line="220" w:lineRule="exact"/>
        <w:rPr>
          <w:lang w:val="ru-RU"/>
        </w:rPr>
      </w:pPr>
    </w:p>
    <w:p w14:paraId="120A370F" w14:textId="77777777" w:rsidR="00F70C7D" w:rsidRDefault="00FA4471">
      <w:pPr>
        <w:autoSpaceDE w:val="0"/>
        <w:autoSpaceDN w:val="0"/>
        <w:spacing w:after="666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706"/>
        <w:gridCol w:w="528"/>
        <w:gridCol w:w="1104"/>
        <w:gridCol w:w="1140"/>
        <w:gridCol w:w="806"/>
        <w:gridCol w:w="3374"/>
        <w:gridCol w:w="1080"/>
        <w:gridCol w:w="5368"/>
      </w:tblGrid>
      <w:tr w:rsidR="00F70C7D" w14:paraId="001877F0" w14:textId="77777777">
        <w:trPr>
          <w:trHeight w:hRule="exact" w:val="348"/>
        </w:trPr>
        <w:tc>
          <w:tcPr>
            <w:tcW w:w="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EF072D" w14:textId="77777777" w:rsidR="00F70C7D" w:rsidRDefault="00FA4471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1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F3232F" w14:textId="77777777" w:rsidR="00F70C7D" w:rsidRPr="00757F1C" w:rsidRDefault="00FA4471">
            <w:pPr>
              <w:autoSpaceDE w:val="0"/>
              <w:autoSpaceDN w:val="0"/>
              <w:spacing w:before="78" w:after="0" w:line="247" w:lineRule="auto"/>
              <w:ind w:left="72" w:right="576"/>
              <w:jc w:val="both"/>
              <w:rPr>
                <w:lang w:val="ru-RU"/>
              </w:rPr>
            </w:pPr>
            <w:r w:rsidRPr="00757F1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99BA1C" w14:textId="77777777" w:rsidR="00F70C7D" w:rsidRDefault="00FA4471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часов</w:t>
            </w:r>
            <w:proofErr w:type="spellEnd"/>
          </w:p>
        </w:tc>
        <w:tc>
          <w:tcPr>
            <w:tcW w:w="8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859D8F" w14:textId="77777777" w:rsidR="00F70C7D" w:rsidRDefault="00FA4471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</w:p>
        </w:tc>
        <w:tc>
          <w:tcPr>
            <w:tcW w:w="33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FA6B8A" w14:textId="77777777" w:rsidR="00F70C7D" w:rsidRDefault="00FA44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 деятельности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FC58E3" w14:textId="77777777" w:rsidR="00F70C7D" w:rsidRDefault="00FA4471">
            <w:pPr>
              <w:autoSpaceDE w:val="0"/>
              <w:autoSpaceDN w:val="0"/>
              <w:spacing w:before="78" w:after="0" w:line="247" w:lineRule="auto"/>
              <w:ind w:left="72" w:right="288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контроля</w:t>
            </w:r>
          </w:p>
        </w:tc>
        <w:tc>
          <w:tcPr>
            <w:tcW w:w="53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EAC872" w14:textId="77777777" w:rsidR="00F70C7D" w:rsidRDefault="00FA44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Электронные (цифровые) образовательные ресурсы</w:t>
            </w:r>
          </w:p>
        </w:tc>
      </w:tr>
      <w:tr w:rsidR="00F70C7D" w14:paraId="4746EC35" w14:textId="77777777">
        <w:trPr>
          <w:trHeight w:hRule="exact" w:val="540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DE058" w14:textId="77777777" w:rsidR="00F70C7D" w:rsidRDefault="00F70C7D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4659E" w14:textId="77777777" w:rsidR="00F70C7D" w:rsidRDefault="00F70C7D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CB10C0" w14:textId="77777777" w:rsidR="00F70C7D" w:rsidRDefault="00FA447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4E71FC" w14:textId="77777777" w:rsidR="00F70C7D" w:rsidRDefault="00FA4471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 работы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77C165" w14:textId="77777777" w:rsidR="00F70C7D" w:rsidRDefault="00FA4471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2E1EE" w14:textId="77777777" w:rsidR="00F70C7D" w:rsidRDefault="00F70C7D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2680B" w14:textId="77777777" w:rsidR="00F70C7D" w:rsidRDefault="00F70C7D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E213F" w14:textId="77777777" w:rsidR="00F70C7D" w:rsidRDefault="00F70C7D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E5105" w14:textId="77777777" w:rsidR="00F70C7D" w:rsidRDefault="00F70C7D"/>
        </w:tc>
      </w:tr>
      <w:tr w:rsidR="00F70C7D" w14:paraId="6CC2CB60" w14:textId="77777777">
        <w:trPr>
          <w:trHeight w:hRule="exact" w:val="350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E07A5C" w14:textId="77777777" w:rsidR="00F70C7D" w:rsidRDefault="00FA4471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Раздел 1.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Введение</w:t>
            </w:r>
          </w:p>
        </w:tc>
      </w:tr>
      <w:tr w:rsidR="00F70C7D" w14:paraId="0B6E07AF" w14:textId="77777777">
        <w:trPr>
          <w:trHeight w:hRule="exact" w:val="92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01054F" w14:textId="77777777" w:rsidR="00F70C7D" w:rsidRDefault="00FA447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355CAD" w14:textId="77777777" w:rsidR="00F70C7D" w:rsidRDefault="00FA44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Введение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311C6E" w14:textId="77777777" w:rsidR="00F70C7D" w:rsidRDefault="00FA44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1CA204" w14:textId="77777777" w:rsidR="00F70C7D" w:rsidRDefault="00F70C7D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806F88" w14:textId="77777777" w:rsidR="00F70C7D" w:rsidRDefault="00F70C7D"/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43ACD1" w14:textId="77777777" w:rsidR="00F70C7D" w:rsidRDefault="00F70C7D"/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49A3CC" w14:textId="77777777" w:rsidR="00F70C7D" w:rsidRPr="00757F1C" w:rsidRDefault="00FA4471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Рассказывать, как историки узнают о далеком прошлом;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Приводить примеры вещественных и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письменных исторических источников;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1D82BA" w14:textId="77777777" w:rsidR="00F70C7D" w:rsidRDefault="00FA4471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2D0D8F" w14:textId="77777777" w:rsidR="00F70C7D" w:rsidRDefault="00FA4471">
            <w:pPr>
              <w:autoSpaceDE w:val="0"/>
              <w:autoSpaceDN w:val="0"/>
              <w:spacing w:before="76" w:after="0" w:line="245" w:lineRule="auto"/>
              <w:ind w:left="72" w:right="158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https://www.youtube.com/watch?v=T1tOvnM-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xBY&amp;list=PLtIzXPHal2WMhh1EXi_Vs8XyZ57HytYXx</w:t>
            </w:r>
          </w:p>
        </w:tc>
      </w:tr>
      <w:tr w:rsidR="00F70C7D" w14:paraId="0ACDEFC4" w14:textId="77777777">
        <w:trPr>
          <w:trHeight w:hRule="exact" w:val="348"/>
        </w:trPr>
        <w:tc>
          <w:tcPr>
            <w:tcW w:w="2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298B3C" w14:textId="77777777" w:rsidR="00F70C7D" w:rsidRDefault="00FA44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CF3B4A" w14:textId="77777777" w:rsidR="00F70C7D" w:rsidRDefault="00FA44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287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224C17" w14:textId="77777777" w:rsidR="00F70C7D" w:rsidRDefault="00F70C7D"/>
        </w:tc>
      </w:tr>
      <w:tr w:rsidR="00F70C7D" w14:paraId="0F028D18" w14:textId="7777777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73EAC7" w14:textId="77777777" w:rsidR="00F70C7D" w:rsidRDefault="00FA44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Раздел 2. Первобытность</w:t>
            </w:r>
          </w:p>
        </w:tc>
      </w:tr>
      <w:tr w:rsidR="00F70C7D" w14:paraId="3AC2A913" w14:textId="77777777">
        <w:trPr>
          <w:trHeight w:hRule="exact" w:val="111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EB790E" w14:textId="77777777" w:rsidR="00F70C7D" w:rsidRDefault="00FA447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8FF5CA" w14:textId="77777777" w:rsidR="00F70C7D" w:rsidRDefault="00FA44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Первобытность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D508D9" w14:textId="77777777" w:rsidR="00F70C7D" w:rsidRDefault="00FA44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C124BB" w14:textId="77777777" w:rsidR="00F70C7D" w:rsidRDefault="00FA44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AAE0BD" w14:textId="77777777" w:rsidR="00F70C7D" w:rsidRDefault="00F70C7D"/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7CA573" w14:textId="77777777" w:rsidR="00F70C7D" w:rsidRDefault="00F70C7D"/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E4111C" w14:textId="77777777" w:rsidR="00F70C7D" w:rsidRPr="00757F1C" w:rsidRDefault="00FA4471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Показывать на карте места расселения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древнейших людей, известные историкам; Рассказывать о занятиях первобытных людей; Раскрывать значение понятий: присваивающее хозяйство, язычество, миф;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711AF7" w14:textId="77777777" w:rsidR="00F70C7D" w:rsidRDefault="00FA4471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244D9E" w14:textId="77777777" w:rsidR="00F70C7D" w:rsidRDefault="00FA44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https://www.youtube.com/watch?v=VltOP03qnBc</w:t>
            </w:r>
          </w:p>
        </w:tc>
      </w:tr>
      <w:tr w:rsidR="00F70C7D" w14:paraId="55420B9A" w14:textId="77777777">
        <w:trPr>
          <w:trHeight w:hRule="exact" w:val="350"/>
        </w:trPr>
        <w:tc>
          <w:tcPr>
            <w:tcW w:w="2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DD0F59" w14:textId="77777777" w:rsidR="00F70C7D" w:rsidRDefault="00FA44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A2B42E" w14:textId="77777777" w:rsidR="00F70C7D" w:rsidRDefault="00FA44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2872" w:type="dxa"/>
            <w:gridSpan w:val="6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E7234E" w14:textId="77777777" w:rsidR="00F70C7D" w:rsidRDefault="00F70C7D"/>
        </w:tc>
      </w:tr>
      <w:tr w:rsidR="00F70C7D" w14:paraId="33E13262" w14:textId="77777777">
        <w:trPr>
          <w:trHeight w:hRule="exact" w:val="348"/>
        </w:trPr>
        <w:tc>
          <w:tcPr>
            <w:tcW w:w="15502" w:type="dxa"/>
            <w:gridSpan w:val="9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C3E97C" w14:textId="77777777" w:rsidR="00F70C7D" w:rsidRDefault="00FA4471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Раздел 3. Древний Восток</w:t>
            </w:r>
          </w:p>
        </w:tc>
      </w:tr>
      <w:tr w:rsidR="00F70C7D" w14:paraId="47A493A9" w14:textId="77777777">
        <w:trPr>
          <w:trHeight w:hRule="exact" w:val="391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56A880" w14:textId="77777777" w:rsidR="00F70C7D" w:rsidRDefault="00FA447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3.1.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8B1A9A" w14:textId="77777777" w:rsidR="00F70C7D" w:rsidRDefault="00FA44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Древний Египет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88798E" w14:textId="77777777" w:rsidR="00F70C7D" w:rsidRDefault="00FA44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AC4734" w14:textId="77777777" w:rsidR="00F70C7D" w:rsidRDefault="00FA44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34713A" w14:textId="77777777" w:rsidR="00F70C7D" w:rsidRDefault="00FA44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E8A806" w14:textId="77777777" w:rsidR="00F70C7D" w:rsidRDefault="00F70C7D"/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829BAA" w14:textId="77777777" w:rsidR="00F70C7D" w:rsidRPr="00757F1C" w:rsidRDefault="00FA4471">
            <w:pPr>
              <w:autoSpaceDE w:val="0"/>
              <w:autoSpaceDN w:val="0"/>
              <w:spacing w:before="76" w:after="0" w:line="257" w:lineRule="auto"/>
              <w:ind w:left="72"/>
              <w:rPr>
                <w:lang w:val="ru-RU"/>
              </w:rPr>
            </w:pP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с использованием исторической карты о природных условиях Египта, их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влиянии на занятия населения;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смысл понятий и терминов: фараон, жрец;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Давать описание условий жизни и занятий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древних египтян, используя живописные и скульптурные изображения;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положение основных групп населения Древнего Египта (вельможи,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чиновники, жрецы, земледельцы,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ремесленники);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Рассказывать, в каких областях знаний древние египтяне достигли значительных успехов;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письменность древних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египтян (особенности письма, материал для письма);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значение понятий и терминов: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пирамида, сфинкс, рельеф, фреска;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9A860D" w14:textId="77777777" w:rsidR="00F70C7D" w:rsidRDefault="00FA4471">
            <w:pPr>
              <w:autoSpaceDE w:val="0"/>
              <w:autoSpaceDN w:val="0"/>
              <w:spacing w:before="76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156A86" w14:textId="77777777" w:rsidR="00F70C7D" w:rsidRDefault="00FA44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https://www.youtube.com/watch?v=KWF8ogLZc3s</w:t>
            </w:r>
          </w:p>
        </w:tc>
      </w:tr>
    </w:tbl>
    <w:p w14:paraId="0FC19356" w14:textId="77777777" w:rsidR="00F70C7D" w:rsidRDefault="00F70C7D">
      <w:pPr>
        <w:autoSpaceDE w:val="0"/>
        <w:autoSpaceDN w:val="0"/>
        <w:spacing w:after="0" w:line="14" w:lineRule="exact"/>
      </w:pPr>
    </w:p>
    <w:p w14:paraId="103E1506" w14:textId="77777777" w:rsidR="00F70C7D" w:rsidRDefault="00F70C7D">
      <w:pPr>
        <w:sectPr w:rsidR="00F70C7D">
          <w:pgSz w:w="16840" w:h="11900"/>
          <w:pgMar w:top="282" w:right="640" w:bottom="916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38B9454C" w14:textId="77777777" w:rsidR="00F70C7D" w:rsidRDefault="00F70C7D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706"/>
        <w:gridCol w:w="528"/>
        <w:gridCol w:w="1104"/>
        <w:gridCol w:w="1140"/>
        <w:gridCol w:w="806"/>
        <w:gridCol w:w="3374"/>
        <w:gridCol w:w="1080"/>
        <w:gridCol w:w="5368"/>
      </w:tblGrid>
      <w:tr w:rsidR="00F70C7D" w14:paraId="1D85309E" w14:textId="77777777">
        <w:trPr>
          <w:trHeight w:hRule="exact" w:val="150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A43E57" w14:textId="77777777" w:rsidR="00F70C7D" w:rsidRDefault="00FA447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3.2.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F85F41" w14:textId="77777777" w:rsidR="00F70C7D" w:rsidRDefault="00FA4471">
            <w:pPr>
              <w:autoSpaceDE w:val="0"/>
              <w:autoSpaceDN w:val="0"/>
              <w:spacing w:before="78" w:after="0" w:line="247" w:lineRule="auto"/>
              <w:ind w:left="72" w:right="576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Древние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цивилизации Месопотамии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6B1DAD" w14:textId="77777777" w:rsidR="00F70C7D" w:rsidRDefault="00FA44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5E4041" w14:textId="77777777" w:rsidR="00F70C7D" w:rsidRDefault="00F70C7D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D3BF41" w14:textId="77777777" w:rsidR="00F70C7D" w:rsidRDefault="00FA44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5CD895" w14:textId="77777777" w:rsidR="00F70C7D" w:rsidRDefault="00F70C7D"/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EDC045" w14:textId="77777777" w:rsidR="00F70C7D" w:rsidRPr="00757F1C" w:rsidRDefault="00FA4471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Рассказывать, используя карту, о природных условиях Месопотамии и занятиях живших </w:t>
            </w:r>
            <w:proofErr w:type="gramStart"/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там</w:t>
            </w:r>
            <w:proofErr w:type="gramEnd"/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 древности людей;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Называть и показывать на карте древнейшие города-государства Месопотамии;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значение понятий и терминов: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клинопись, эпос, зиккурат;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F5DF60" w14:textId="77777777" w:rsidR="00F70C7D" w:rsidRDefault="00FA4471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872438" w14:textId="77777777" w:rsidR="00F70C7D" w:rsidRDefault="00F70C7D"/>
        </w:tc>
      </w:tr>
      <w:tr w:rsidR="00F70C7D" w14:paraId="5060DA5D" w14:textId="77777777">
        <w:trPr>
          <w:trHeight w:hRule="exact" w:val="131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A6E0B0" w14:textId="77777777" w:rsidR="00F70C7D" w:rsidRDefault="00FA447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3.3.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0677C3" w14:textId="77777777" w:rsidR="00F70C7D" w:rsidRDefault="00FA4471">
            <w:pPr>
              <w:autoSpaceDE w:val="0"/>
              <w:autoSpaceDN w:val="0"/>
              <w:spacing w:before="78" w:after="0" w:line="247" w:lineRule="auto"/>
              <w:ind w:left="72" w:right="288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Восточное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Средиземноморье в древности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2D33AE" w14:textId="77777777" w:rsidR="00F70C7D" w:rsidRDefault="00FA44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246AC3" w14:textId="77777777" w:rsidR="00F70C7D" w:rsidRDefault="00F70C7D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20786F" w14:textId="77777777" w:rsidR="00F70C7D" w:rsidRDefault="00FA44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B8F9A4" w14:textId="77777777" w:rsidR="00F70C7D" w:rsidRDefault="00F70C7D"/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4DCEB6" w14:textId="77777777" w:rsidR="00F70C7D" w:rsidRPr="00757F1C" w:rsidRDefault="00FA4471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развитии ремесел и торговли в Финикии;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значение понятий: колония,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колонизация, алфавит;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чем известен в истории царь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Соломон;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FFF68F" w14:textId="77777777" w:rsidR="00F70C7D" w:rsidRDefault="00FA4471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A288A5" w14:textId="77777777" w:rsidR="00F70C7D" w:rsidRDefault="00F70C7D"/>
        </w:tc>
      </w:tr>
      <w:tr w:rsidR="00F70C7D" w14:paraId="377F63C2" w14:textId="77777777">
        <w:trPr>
          <w:trHeight w:hRule="exact" w:val="111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A5F302" w14:textId="77777777" w:rsidR="00F70C7D" w:rsidRDefault="00FA447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3.4.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6869AC" w14:textId="77777777" w:rsidR="00F70C7D" w:rsidRDefault="00FA44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Персидская держава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AAAC12" w14:textId="77777777" w:rsidR="00F70C7D" w:rsidRDefault="00FA44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981E68" w14:textId="77777777" w:rsidR="00F70C7D" w:rsidRDefault="00F70C7D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D35CE3" w14:textId="77777777" w:rsidR="00F70C7D" w:rsidRDefault="00FA44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9F59E4" w14:textId="77777777" w:rsidR="00F70C7D" w:rsidRDefault="00F70C7D"/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48491D" w14:textId="77777777" w:rsidR="00F70C7D" w:rsidRPr="00757F1C" w:rsidRDefault="00FA4471">
            <w:pPr>
              <w:autoSpaceDE w:val="0"/>
              <w:autoSpaceDN w:val="0"/>
              <w:spacing w:before="76" w:after="0" w:line="252" w:lineRule="auto"/>
              <w:ind w:left="72" w:right="144"/>
              <w:rPr>
                <w:lang w:val="ru-RU"/>
              </w:rPr>
            </w:pP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Показывать на карте территорию Персидской державы в период ее могущества;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причины военных успехов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персидской армии;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Рассказывать о религии древних персов;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298360" w14:textId="77777777" w:rsidR="00F70C7D" w:rsidRDefault="00FA4471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A1C94D" w14:textId="77777777" w:rsidR="00F70C7D" w:rsidRDefault="00FA44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https://www.youtube.com/watch?</w:t>
            </w:r>
          </w:p>
          <w:p w14:paraId="0EB45722" w14:textId="77777777" w:rsidR="00F70C7D" w:rsidRDefault="00FA4471">
            <w:pPr>
              <w:autoSpaceDE w:val="0"/>
              <w:autoSpaceDN w:val="0"/>
              <w:spacing w:before="18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v=Xve9HdV5LU8&amp;list=PLtIzXPHal2WMhh1EXi_Vs8XyZ57HytYXx&amp;index=17</w:t>
            </w:r>
          </w:p>
        </w:tc>
      </w:tr>
      <w:tr w:rsidR="00F70C7D" w14:paraId="61267289" w14:textId="77777777">
        <w:trPr>
          <w:trHeight w:hRule="exact" w:val="150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22C9FE" w14:textId="77777777" w:rsidR="00F70C7D" w:rsidRDefault="00FA447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3.5.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ABD7D0" w14:textId="77777777" w:rsidR="00F70C7D" w:rsidRDefault="00FA44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Древняя Индия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83056E" w14:textId="77777777" w:rsidR="00F70C7D" w:rsidRDefault="00FA44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740FA6" w14:textId="77777777" w:rsidR="00F70C7D" w:rsidRDefault="00F70C7D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89201B" w14:textId="77777777" w:rsidR="00F70C7D" w:rsidRDefault="00FA44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A18C9E" w14:textId="77777777" w:rsidR="00F70C7D" w:rsidRDefault="00F70C7D"/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9C56F4" w14:textId="77777777" w:rsidR="00F70C7D" w:rsidRPr="00757F1C" w:rsidRDefault="00FA4471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proofErr w:type="gramStart"/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природных условиях Древней Индии, занятиях населения;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значение понятий и терминов: арии, раджа, </w:t>
            </w:r>
            <w:proofErr w:type="spellStart"/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варна</w:t>
            </w:r>
            <w:proofErr w:type="spellEnd"/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каста, брахман, Веды, санскрит; Характеризовать верования древних индийцев, называть главных богов, почитаемых в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индуизме;</w:t>
            </w:r>
            <w:proofErr w:type="gram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C0820A" w14:textId="77777777" w:rsidR="00F70C7D" w:rsidRDefault="00FA4471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49AAB2" w14:textId="77777777" w:rsidR="00F70C7D" w:rsidRDefault="00FA44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https://www.youtube.com/watch?v=1BkQczHankE</w:t>
            </w:r>
          </w:p>
        </w:tc>
      </w:tr>
      <w:tr w:rsidR="00F70C7D" w14:paraId="5166942F" w14:textId="77777777">
        <w:trPr>
          <w:trHeight w:hRule="exact" w:val="188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04E5FC" w14:textId="77777777" w:rsidR="00F70C7D" w:rsidRDefault="00FA447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3.6.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F7C3D3" w14:textId="77777777" w:rsidR="00F70C7D" w:rsidRDefault="00FA44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Древний Китай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202FE0" w14:textId="77777777" w:rsidR="00F70C7D" w:rsidRDefault="00FA44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D95D05" w14:textId="77777777" w:rsidR="00F70C7D" w:rsidRDefault="00F70C7D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D26EF2" w14:textId="77777777" w:rsidR="00F70C7D" w:rsidRDefault="00FA44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F7037E" w14:textId="77777777" w:rsidR="00F70C7D" w:rsidRDefault="00F70C7D"/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4DE0DA" w14:textId="77777777" w:rsidR="00F70C7D" w:rsidRPr="00757F1C" w:rsidRDefault="00FA4471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Характеризовать, используя карту, природные условия Древнего Китая, их влияние на занятия населения;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достижениях древних китайцев в развитии ремесел и торговли;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об учении Конфуция,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высказывать суждения о причинах его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популярности в Древнем Китае и в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последующие столетия;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B7CA37" w14:textId="77777777" w:rsidR="00F70C7D" w:rsidRDefault="00FA4471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D54A3E" w14:textId="77777777" w:rsidR="00F70C7D" w:rsidRDefault="00FA44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https://www.youtube.com/watch?</w:t>
            </w:r>
          </w:p>
          <w:p w14:paraId="258DF116" w14:textId="77777777" w:rsidR="00F70C7D" w:rsidRDefault="00FA4471">
            <w:pPr>
              <w:autoSpaceDE w:val="0"/>
              <w:autoSpaceDN w:val="0"/>
              <w:spacing w:before="1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v=0bxettfvXB8&amp;list=PLtIzXPHal2WMhh1EXi_Vs8XyZ57HytYXx&amp;index=20</w:t>
            </w:r>
          </w:p>
        </w:tc>
      </w:tr>
      <w:tr w:rsidR="00F70C7D" w14:paraId="0D47EBC0" w14:textId="77777777">
        <w:trPr>
          <w:trHeight w:hRule="exact" w:val="348"/>
        </w:trPr>
        <w:tc>
          <w:tcPr>
            <w:tcW w:w="2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4FBBF1" w14:textId="77777777" w:rsidR="00F70C7D" w:rsidRDefault="00FA44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EA09D4" w14:textId="77777777" w:rsidR="00F70C7D" w:rsidRDefault="00FA44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20</w:t>
            </w:r>
          </w:p>
        </w:tc>
        <w:tc>
          <w:tcPr>
            <w:tcW w:w="1287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87FED4" w14:textId="77777777" w:rsidR="00F70C7D" w:rsidRDefault="00F70C7D"/>
        </w:tc>
      </w:tr>
      <w:tr w:rsidR="00F70C7D" w14:paraId="7EEFF9C3" w14:textId="7777777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2BEB56" w14:textId="77777777" w:rsidR="00F70C7D" w:rsidRDefault="00FA44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Раздел 4. Древняя Греция. Эллинизм</w:t>
            </w:r>
          </w:p>
        </w:tc>
      </w:tr>
      <w:tr w:rsidR="00F70C7D" w14:paraId="56FD8FF7" w14:textId="77777777">
        <w:trPr>
          <w:trHeight w:hRule="exact" w:val="148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4D9E88" w14:textId="77777777" w:rsidR="00F70C7D" w:rsidRDefault="00FA447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4.1.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C7A870" w14:textId="77777777" w:rsidR="00F70C7D" w:rsidRDefault="00FA44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Древнейшая Греция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95B325" w14:textId="77777777" w:rsidR="00F70C7D" w:rsidRDefault="00FA44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065FD9" w14:textId="77777777" w:rsidR="00F70C7D" w:rsidRDefault="00F70C7D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97AD4C" w14:textId="77777777" w:rsidR="00F70C7D" w:rsidRDefault="00FA44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E00F8E" w14:textId="77777777" w:rsidR="00F70C7D" w:rsidRDefault="00F70C7D"/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C19758" w14:textId="77777777" w:rsidR="00F70C7D" w:rsidRPr="00757F1C" w:rsidRDefault="00FA4471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Рассказывать, используя карту, о природных условиях Древней Греции и основных занятиях ее населения;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Рассказывать, о чем повествуют поэмы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«Илиада» и «Одиссея»;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Объяснять значение выражений «Ахиллесова пята», «Троянский конь»;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D8063B" w14:textId="77777777" w:rsidR="00F70C7D" w:rsidRDefault="00FA4471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73B145" w14:textId="77777777" w:rsidR="00F70C7D" w:rsidRDefault="00FA44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https://www.youtube.com/watch?</w:t>
            </w:r>
          </w:p>
          <w:p w14:paraId="65646181" w14:textId="77777777" w:rsidR="00F70C7D" w:rsidRDefault="00FA4471">
            <w:pPr>
              <w:autoSpaceDE w:val="0"/>
              <w:autoSpaceDN w:val="0"/>
              <w:spacing w:before="2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v=3Jl6GqvyJNY&amp;list=PLtIzXPHal2WMhh1EXi_Vs8XyZ57HytYXx&amp;index=22</w:t>
            </w:r>
          </w:p>
        </w:tc>
      </w:tr>
    </w:tbl>
    <w:p w14:paraId="5888EB78" w14:textId="77777777" w:rsidR="00F70C7D" w:rsidRDefault="00F70C7D">
      <w:pPr>
        <w:autoSpaceDE w:val="0"/>
        <w:autoSpaceDN w:val="0"/>
        <w:spacing w:after="0" w:line="14" w:lineRule="exact"/>
      </w:pPr>
    </w:p>
    <w:p w14:paraId="17BE3449" w14:textId="77777777" w:rsidR="00F70C7D" w:rsidRDefault="00F70C7D">
      <w:pPr>
        <w:sectPr w:rsidR="00F70C7D">
          <w:pgSz w:w="16840" w:h="11900"/>
          <w:pgMar w:top="284" w:right="640" w:bottom="904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76E89840" w14:textId="77777777" w:rsidR="00F70C7D" w:rsidRDefault="00F70C7D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706"/>
        <w:gridCol w:w="528"/>
        <w:gridCol w:w="1104"/>
        <w:gridCol w:w="1140"/>
        <w:gridCol w:w="806"/>
        <w:gridCol w:w="3374"/>
        <w:gridCol w:w="1080"/>
        <w:gridCol w:w="5368"/>
      </w:tblGrid>
      <w:tr w:rsidR="00F70C7D" w14:paraId="7F803BDA" w14:textId="77777777">
        <w:trPr>
          <w:trHeight w:hRule="exact" w:val="419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25D73E" w14:textId="77777777" w:rsidR="00F70C7D" w:rsidRDefault="00FA447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4.2.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BF5970" w14:textId="77777777" w:rsidR="00F70C7D" w:rsidRDefault="00FA44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Греческие полисы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D6F774" w14:textId="77777777" w:rsidR="00F70C7D" w:rsidRDefault="00FA44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DFE7D8" w14:textId="77777777" w:rsidR="00F70C7D" w:rsidRDefault="00FA44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CE26FB" w14:textId="77777777" w:rsidR="00F70C7D" w:rsidRDefault="00F70C7D"/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BA3908" w14:textId="77777777" w:rsidR="00F70C7D" w:rsidRDefault="00F70C7D"/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2ADD8C" w14:textId="77777777" w:rsidR="00F70C7D" w:rsidRPr="00757F1C" w:rsidRDefault="00FA4471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Показывать на карте крупнейшие греческие города-государства;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значение понятий: полис,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аристократия, демос, тиран, акрополь, агора, фаланга, метрополия, колония;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Показывать на карте направления Великой греческой колонизации, называть наиболее значительные колонии, в том числе в Северном Причерноморье. Рассказывать, как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осуществлялось управление греческими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колониями, в чем заключались их связи с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метрополиями;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почему спартанское войско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считалось самым сильным в Греции;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Называть основные источника рабства в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Древней Греции, объяснять, почему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численность рабов значительно возросла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</w:t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</w:t>
            </w:r>
          </w:p>
          <w:p w14:paraId="3381FE3B" w14:textId="77777777" w:rsidR="00F70C7D" w:rsidRPr="00757F1C" w:rsidRDefault="00FA4471">
            <w:pPr>
              <w:autoSpaceDE w:val="0"/>
              <w:autoSpaceDN w:val="0"/>
              <w:spacing w:before="18" w:after="0" w:line="250" w:lineRule="auto"/>
              <w:ind w:left="72" w:right="432"/>
              <w:rPr>
                <w:lang w:val="ru-RU"/>
              </w:rPr>
            </w:pP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до н. э.;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Объяснять, в чем проявилось ослабление греческих полисов после Пелопоннесской войны;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02E405" w14:textId="77777777" w:rsidR="00F70C7D" w:rsidRDefault="00FA4471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F24B57" w14:textId="77777777" w:rsidR="00F70C7D" w:rsidRDefault="00FA44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https://www.youtube.com/watch?</w:t>
            </w:r>
          </w:p>
          <w:p w14:paraId="744112EE" w14:textId="77777777" w:rsidR="00F70C7D" w:rsidRDefault="00FA4471">
            <w:pPr>
              <w:autoSpaceDE w:val="0"/>
              <w:autoSpaceDN w:val="0"/>
              <w:spacing w:before="2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v=qnodx1eYUZw&amp;list=PLtIzXPHal2WMhh1EXi_Vs8XyZ57HytYXx&amp;index=32</w:t>
            </w:r>
          </w:p>
        </w:tc>
      </w:tr>
      <w:tr w:rsidR="00F70C7D" w14:paraId="7E56F7A8" w14:textId="77777777">
        <w:trPr>
          <w:trHeight w:hRule="exact" w:val="169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852316" w14:textId="77777777" w:rsidR="00F70C7D" w:rsidRDefault="00FA447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4.3.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9FFDCE" w14:textId="77777777" w:rsidR="00F70C7D" w:rsidRDefault="00FA4471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Культура Древней Греции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D8703A" w14:textId="77777777" w:rsidR="00F70C7D" w:rsidRDefault="00FA44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5610E1" w14:textId="77777777" w:rsidR="00F70C7D" w:rsidRDefault="00F70C7D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D236DF" w14:textId="77777777" w:rsidR="00F70C7D" w:rsidRDefault="00FA44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8FC628" w14:textId="77777777" w:rsidR="00F70C7D" w:rsidRDefault="00F70C7D"/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B1A866" w14:textId="77777777" w:rsidR="00F70C7D" w:rsidRPr="00757F1C" w:rsidRDefault="00FA4471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значение понятий и терминов: </w:t>
            </w:r>
            <w:proofErr w:type="spellStart"/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гимнасий</w:t>
            </w:r>
            <w:proofErr w:type="spellEnd"/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Академия, </w:t>
            </w:r>
            <w:proofErr w:type="spellStart"/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Ликей</w:t>
            </w:r>
            <w:proofErr w:type="spellEnd"/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философия,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логика, этика;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Называть древнегреческих ученых, известных своими трудами по философии, истории,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другим отраслям наук;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древнегреческом театре,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организации представлений;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962FEA" w14:textId="77777777" w:rsidR="00F70C7D" w:rsidRDefault="00FA4471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B8FC32" w14:textId="77777777" w:rsidR="00F70C7D" w:rsidRDefault="00FA44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https://www.youtube.com/watch?</w:t>
            </w:r>
          </w:p>
          <w:p w14:paraId="5FB00259" w14:textId="77777777" w:rsidR="00F70C7D" w:rsidRDefault="00FA4471">
            <w:pPr>
              <w:autoSpaceDE w:val="0"/>
              <w:autoSpaceDN w:val="0"/>
              <w:spacing w:before="2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v=FeH8Trr4gRU&amp;list=PLtIzXPHal2WMhh1EXi_Vs8XyZ57HytYXx&amp;index=37</w:t>
            </w:r>
          </w:p>
        </w:tc>
      </w:tr>
      <w:tr w:rsidR="00F70C7D" w14:paraId="424239AA" w14:textId="77777777">
        <w:trPr>
          <w:trHeight w:hRule="exact" w:val="130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67D460" w14:textId="77777777" w:rsidR="00F70C7D" w:rsidRDefault="00FA447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4.4.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4B59E4" w14:textId="77777777" w:rsidR="00F70C7D" w:rsidRDefault="00FA4471">
            <w:pPr>
              <w:autoSpaceDE w:val="0"/>
              <w:autoSpaceDN w:val="0"/>
              <w:spacing w:before="76" w:after="0" w:line="250" w:lineRule="auto"/>
              <w:ind w:left="72" w:right="576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Македонские завоевания.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Эллинизм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C452B4" w14:textId="77777777" w:rsidR="00F70C7D" w:rsidRDefault="00FA44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A572D2" w14:textId="77777777" w:rsidR="00F70C7D" w:rsidRDefault="00FA44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32BB4D" w14:textId="77777777" w:rsidR="00F70C7D" w:rsidRDefault="00F70C7D"/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487114" w14:textId="77777777" w:rsidR="00F70C7D" w:rsidRDefault="00F70C7D"/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271311" w14:textId="77777777" w:rsidR="00F70C7D" w:rsidRPr="00757F1C" w:rsidRDefault="00FA4471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что способствовало усилению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Македонии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IV</w:t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 до н. э., какую роль сыграл в этом царь Филипп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II</w:t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в чем состояли причины военных побед Александра Македонского;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Раскрывать смысл понятия «эллинизм»;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131DF7" w14:textId="77777777" w:rsidR="00F70C7D" w:rsidRDefault="00FA4471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713558" w14:textId="77777777" w:rsidR="00F70C7D" w:rsidRDefault="00FA44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https://www.youtube.com/watch?</w:t>
            </w:r>
          </w:p>
          <w:p w14:paraId="5F184CAC" w14:textId="77777777" w:rsidR="00F70C7D" w:rsidRDefault="00FA4471">
            <w:pPr>
              <w:autoSpaceDE w:val="0"/>
              <w:autoSpaceDN w:val="0"/>
              <w:spacing w:before="18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v=XXrRSiAJhmY&amp;list=PLtIzXPHal2WMhh1EXi_Vs8XyZ57HytYXx&amp;index=39</w:t>
            </w:r>
          </w:p>
        </w:tc>
      </w:tr>
      <w:tr w:rsidR="00F70C7D" w14:paraId="2D9904C3" w14:textId="77777777">
        <w:trPr>
          <w:trHeight w:hRule="exact" w:val="348"/>
        </w:trPr>
        <w:tc>
          <w:tcPr>
            <w:tcW w:w="2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AB0262" w14:textId="77777777" w:rsidR="00F70C7D" w:rsidRDefault="00FA44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8711FE" w14:textId="77777777" w:rsidR="00F70C7D" w:rsidRDefault="00FA44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20</w:t>
            </w:r>
          </w:p>
        </w:tc>
        <w:tc>
          <w:tcPr>
            <w:tcW w:w="1287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C9ED15" w14:textId="77777777" w:rsidR="00F70C7D" w:rsidRDefault="00F70C7D"/>
        </w:tc>
      </w:tr>
      <w:tr w:rsidR="00F70C7D" w14:paraId="794A91D8" w14:textId="7777777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588747" w14:textId="77777777" w:rsidR="00F70C7D" w:rsidRDefault="00FA44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Раздел 5. Древний Рим</w:t>
            </w:r>
          </w:p>
        </w:tc>
      </w:tr>
      <w:tr w:rsidR="00F70C7D" w14:paraId="35CF1744" w14:textId="77777777">
        <w:trPr>
          <w:trHeight w:hRule="exact" w:val="225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CA109E" w14:textId="77777777" w:rsidR="00F70C7D" w:rsidRDefault="00FA447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5.1.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EC4EB2" w14:textId="77777777" w:rsidR="00F70C7D" w:rsidRDefault="00FA4471">
            <w:pPr>
              <w:autoSpaceDE w:val="0"/>
              <w:autoSpaceDN w:val="0"/>
              <w:spacing w:before="78" w:after="0" w:line="247" w:lineRule="auto"/>
              <w:ind w:left="72" w:right="43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Возникновение Римского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государства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93DF93" w14:textId="77777777" w:rsidR="00F70C7D" w:rsidRDefault="00FA44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F4ED3B" w14:textId="77777777" w:rsidR="00F70C7D" w:rsidRDefault="00F70C7D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3DE0AD" w14:textId="77777777" w:rsidR="00F70C7D" w:rsidRDefault="00FA44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E12A6F" w14:textId="77777777" w:rsidR="00F70C7D" w:rsidRDefault="00F70C7D"/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25B924" w14:textId="77777777" w:rsidR="00F70C7D" w:rsidRPr="00757F1C" w:rsidRDefault="00FA4471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значение понятий и терминов: патриций, плебей, республика, консул,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народный трибун, Сенат, вето, легион,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понтифик, авгур;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как было организовано управление Римской республикой (какими полномочиями обладали консулы, народные трибуны, Сенат, народное собрание);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Называть главных богов древних римлян,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устанавливать соответствие римских и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греческих богов;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3C8B98" w14:textId="77777777" w:rsidR="00F70C7D" w:rsidRDefault="00FA4471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C4272E" w14:textId="77777777" w:rsidR="00F70C7D" w:rsidRDefault="00FA44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https://www.youtube.com/watch?</w:t>
            </w:r>
          </w:p>
          <w:p w14:paraId="381FC4D6" w14:textId="77777777" w:rsidR="00F70C7D" w:rsidRDefault="00FA4471">
            <w:pPr>
              <w:autoSpaceDE w:val="0"/>
              <w:autoSpaceDN w:val="0"/>
              <w:spacing w:before="2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v=UUS4on61aZs&amp;list=PLtIzXPHal2WMhh1EXi_Vs8XyZ57HytYXx&amp;index=41</w:t>
            </w:r>
          </w:p>
        </w:tc>
      </w:tr>
    </w:tbl>
    <w:p w14:paraId="64BC5727" w14:textId="77777777" w:rsidR="00F70C7D" w:rsidRDefault="00F70C7D">
      <w:pPr>
        <w:autoSpaceDE w:val="0"/>
        <w:autoSpaceDN w:val="0"/>
        <w:spacing w:after="0" w:line="14" w:lineRule="exact"/>
      </w:pPr>
    </w:p>
    <w:p w14:paraId="28687000" w14:textId="77777777" w:rsidR="00F70C7D" w:rsidRDefault="00F70C7D">
      <w:pPr>
        <w:sectPr w:rsidR="00F70C7D">
          <w:pgSz w:w="16840" w:h="11900"/>
          <w:pgMar w:top="284" w:right="640" w:bottom="580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499D7B01" w14:textId="77777777" w:rsidR="00F70C7D" w:rsidRDefault="00F70C7D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706"/>
        <w:gridCol w:w="528"/>
        <w:gridCol w:w="1104"/>
        <w:gridCol w:w="1140"/>
        <w:gridCol w:w="806"/>
        <w:gridCol w:w="3374"/>
        <w:gridCol w:w="1080"/>
        <w:gridCol w:w="5368"/>
      </w:tblGrid>
      <w:tr w:rsidR="00F70C7D" w14:paraId="25119FC3" w14:textId="77777777">
        <w:trPr>
          <w:trHeight w:hRule="exact" w:val="207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84A862" w14:textId="77777777" w:rsidR="00F70C7D" w:rsidRDefault="00FA447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5.2.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3C9B55" w14:textId="77777777" w:rsidR="00F70C7D" w:rsidRDefault="00FA4471">
            <w:pPr>
              <w:autoSpaceDE w:val="0"/>
              <w:autoSpaceDN w:val="0"/>
              <w:spacing w:before="78" w:after="0" w:line="245" w:lineRule="auto"/>
              <w:ind w:right="144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Римские завоевания в Средиземноморье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1FDCA6" w14:textId="77777777" w:rsidR="00F70C7D" w:rsidRDefault="00FA44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60C52A" w14:textId="77777777" w:rsidR="00F70C7D" w:rsidRDefault="00F70C7D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78B5A5" w14:textId="77777777" w:rsidR="00F70C7D" w:rsidRDefault="00FA44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DD6F88" w14:textId="77777777" w:rsidR="00F70C7D" w:rsidRDefault="00F70C7D"/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0C8029" w14:textId="77777777" w:rsidR="00F70C7D" w:rsidRPr="00757F1C" w:rsidRDefault="00FA4471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Представлять общую характеристику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Пунических войн (причины, хронологический период, участники, наиболее значительные походы и сражения, итоги);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благодаря чему вошел в историю Ганнибал;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Показывать на исторической карте территории римских провинций, объяснять, какие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современные географические названия берут начало от названий римских провинций;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9D70DF" w14:textId="77777777" w:rsidR="00F70C7D" w:rsidRDefault="00FA4471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FFFBE5" w14:textId="77777777" w:rsidR="00F70C7D" w:rsidRDefault="00FA44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https://www.youtube.com/watch?</w:t>
            </w:r>
          </w:p>
          <w:p w14:paraId="176F54B7" w14:textId="77777777" w:rsidR="00F70C7D" w:rsidRDefault="00FA4471">
            <w:pPr>
              <w:autoSpaceDE w:val="0"/>
              <w:autoSpaceDN w:val="0"/>
              <w:spacing w:before="2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v=JbCIe3qpwUs&amp;list=PLtIzXPHal2WMhh1EXi_Vs8XyZ57HytYXx&amp;index=46</w:t>
            </w:r>
          </w:p>
        </w:tc>
      </w:tr>
      <w:tr w:rsidR="00F70C7D" w14:paraId="2537AF37" w14:textId="77777777">
        <w:trPr>
          <w:trHeight w:hRule="exact" w:val="207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2AC6EB" w14:textId="77777777" w:rsidR="00F70C7D" w:rsidRDefault="00FA447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5.3.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1DFF5B" w14:textId="77777777" w:rsidR="00F70C7D" w:rsidRPr="00757F1C" w:rsidRDefault="00FA4471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757F1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Поздняя Римская республика.</w:t>
            </w:r>
          </w:p>
          <w:p w14:paraId="3DDA4C08" w14:textId="77777777" w:rsidR="00F70C7D" w:rsidRPr="00757F1C" w:rsidRDefault="00FA4471">
            <w:pPr>
              <w:autoSpaceDE w:val="0"/>
              <w:autoSpaceDN w:val="0"/>
              <w:spacing w:before="18" w:after="0" w:line="233" w:lineRule="auto"/>
              <w:ind w:left="72"/>
              <w:rPr>
                <w:lang w:val="ru-RU"/>
              </w:rPr>
            </w:pPr>
            <w:r w:rsidRPr="00757F1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Гражданские войны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A3A00D" w14:textId="77777777" w:rsidR="00F70C7D" w:rsidRDefault="00FA44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40080F" w14:textId="77777777" w:rsidR="00F70C7D" w:rsidRDefault="00FA44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8212AD" w14:textId="77777777" w:rsidR="00F70C7D" w:rsidRDefault="00F70C7D"/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1327A1" w14:textId="77777777" w:rsidR="00F70C7D" w:rsidRDefault="00F70C7D"/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E4087B" w14:textId="77777777" w:rsidR="00F70C7D" w:rsidRPr="00757F1C" w:rsidRDefault="00FA4471">
            <w:pPr>
              <w:autoSpaceDE w:val="0"/>
              <w:autoSpaceDN w:val="0"/>
              <w:spacing w:before="76" w:after="0" w:line="254" w:lineRule="auto"/>
              <w:ind w:left="72" w:right="144"/>
              <w:rPr>
                <w:lang w:val="ru-RU"/>
              </w:rPr>
            </w:pP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цели, содержание и итоги реформ братьев </w:t>
            </w:r>
            <w:proofErr w:type="spellStart"/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Гракхов</w:t>
            </w:r>
            <w:proofErr w:type="spellEnd"/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положении рабов в Древнем Риме;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восстании под руководством Спартака (причины, участники, основные периоды восстания, итоги);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Представлять характеристику Гая Юлия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Цезаря, объяснять, благодаря чему он вошел в историю;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262AFA" w14:textId="77777777" w:rsidR="00F70C7D" w:rsidRDefault="00FA4471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4B9FEC" w14:textId="77777777" w:rsidR="00F70C7D" w:rsidRDefault="00FA44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https://www.youtube.com/watch?</w:t>
            </w:r>
          </w:p>
          <w:p w14:paraId="7542F82C" w14:textId="77777777" w:rsidR="00F70C7D" w:rsidRDefault="00FA4471">
            <w:pPr>
              <w:autoSpaceDE w:val="0"/>
              <w:autoSpaceDN w:val="0"/>
              <w:spacing w:before="1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v=QLtdR3oeaH4&amp;list=PLtIzXPHal2WMhh1EXi_Vs8XyZ57HytYXx&amp;index=51</w:t>
            </w:r>
          </w:p>
        </w:tc>
      </w:tr>
      <w:tr w:rsidR="00F70C7D" w14:paraId="0B2DD82D" w14:textId="77777777">
        <w:trPr>
          <w:trHeight w:hRule="exact" w:val="169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4994F0" w14:textId="77777777" w:rsidR="00F70C7D" w:rsidRDefault="00FA447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5.4.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E3B1B9" w14:textId="77777777" w:rsidR="00F70C7D" w:rsidRPr="00757F1C" w:rsidRDefault="00FA4471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757F1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Расцвет и падение Римской империи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25EDAF" w14:textId="77777777" w:rsidR="00F70C7D" w:rsidRDefault="00FA44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1C2692" w14:textId="77777777" w:rsidR="00F70C7D" w:rsidRDefault="00FA44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007A45" w14:textId="77777777" w:rsidR="00F70C7D" w:rsidRDefault="00F70C7D"/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5F6AA2" w14:textId="77777777" w:rsidR="00F70C7D" w:rsidRDefault="00F70C7D"/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8A79DC" w14:textId="77777777" w:rsidR="00F70C7D" w:rsidRPr="00757F1C" w:rsidRDefault="00FA4471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об установлении единоличной власти Октавиана Августа;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Рассказывать, используя иллюстрации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учебника, о повседневной жизни в столице и провинциях Римской империи;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значение понятий и терминов: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форум, Пантеон, Колизей, акведук, амфитеатр, термы;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719875" w14:textId="77777777" w:rsidR="00F70C7D" w:rsidRDefault="00FA4471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F2886F" w14:textId="77777777" w:rsidR="00F70C7D" w:rsidRDefault="00FA44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https://www.youtube.com/watch?</w:t>
            </w:r>
          </w:p>
          <w:p w14:paraId="2E68F28D" w14:textId="77777777" w:rsidR="00F70C7D" w:rsidRDefault="00FA4471">
            <w:pPr>
              <w:autoSpaceDE w:val="0"/>
              <w:autoSpaceDN w:val="0"/>
              <w:spacing w:before="2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v=bAg6vyeXmJw&amp;list=PLtIzXPHal2WMhh1EXi_Vs8XyZ57HytYXx&amp;index=60</w:t>
            </w:r>
          </w:p>
        </w:tc>
      </w:tr>
      <w:tr w:rsidR="00F70C7D" w14:paraId="72E175D6" w14:textId="77777777">
        <w:trPr>
          <w:trHeight w:hRule="exact" w:val="169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CAFEBA" w14:textId="77777777" w:rsidR="00F70C7D" w:rsidRDefault="00FA447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5.5.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9B113F" w14:textId="77777777" w:rsidR="00F70C7D" w:rsidRDefault="00FA4471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Культура Древнего Рима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F1521D" w14:textId="77777777" w:rsidR="00F70C7D" w:rsidRDefault="00FA44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E7ED29" w14:textId="77777777" w:rsidR="00F70C7D" w:rsidRDefault="00F70C7D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823ACC" w14:textId="77777777" w:rsidR="00F70C7D" w:rsidRDefault="00FA44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169C85" w14:textId="77777777" w:rsidR="00F70C7D" w:rsidRDefault="00F70C7D"/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7F7043" w14:textId="77777777" w:rsidR="00F70C7D" w:rsidRPr="00757F1C" w:rsidRDefault="00FA4471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смысл понятия «золотой век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римской поэзии», называть имена поэтов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золотого века;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развитии научных знаний в Древнем Риме (философия, география,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история);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Составлять описание известных архитектурных сооружений Древнего Рима (по выбору);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027AEE" w14:textId="77777777" w:rsidR="00F70C7D" w:rsidRDefault="00FA4471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32C5F7" w14:textId="77777777" w:rsidR="00F70C7D" w:rsidRDefault="00F70C7D"/>
        </w:tc>
      </w:tr>
      <w:tr w:rsidR="00F70C7D" w14:paraId="5A545693" w14:textId="77777777">
        <w:trPr>
          <w:trHeight w:hRule="exact" w:val="348"/>
        </w:trPr>
        <w:tc>
          <w:tcPr>
            <w:tcW w:w="2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727C2A" w14:textId="77777777" w:rsidR="00F70C7D" w:rsidRDefault="00FA44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1246FB" w14:textId="77777777" w:rsidR="00F70C7D" w:rsidRDefault="00FA44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20</w:t>
            </w:r>
          </w:p>
        </w:tc>
        <w:tc>
          <w:tcPr>
            <w:tcW w:w="1287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39B7FD" w14:textId="77777777" w:rsidR="00F70C7D" w:rsidRDefault="00F70C7D"/>
        </w:tc>
      </w:tr>
      <w:tr w:rsidR="00F70C7D" w14:paraId="0107FABB" w14:textId="7777777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8A345E" w14:textId="77777777" w:rsidR="00F70C7D" w:rsidRDefault="00FA44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Раздел 6.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Обобщение</w:t>
            </w:r>
          </w:p>
        </w:tc>
      </w:tr>
      <w:tr w:rsidR="00F70C7D" w14:paraId="1A6DB48F" w14:textId="77777777">
        <w:trPr>
          <w:trHeight w:hRule="exact" w:val="92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2A7FB9" w14:textId="77777777" w:rsidR="00F70C7D" w:rsidRDefault="00FA447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6.1.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72A0FE" w14:textId="77777777" w:rsidR="00F70C7D" w:rsidRPr="00757F1C" w:rsidRDefault="00FA4471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757F1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Историческое и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культурное наследие цивилизаций </w:t>
            </w:r>
            <w:r w:rsidRPr="00757F1C">
              <w:rPr>
                <w:lang w:val="ru-RU"/>
              </w:rPr>
              <w:br/>
            </w:r>
            <w:r w:rsidRPr="00757F1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Древнего мира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970BE0" w14:textId="77777777" w:rsidR="00F70C7D" w:rsidRDefault="00FA44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AF5935" w14:textId="77777777" w:rsidR="00F70C7D" w:rsidRDefault="00FA44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FE0F03" w14:textId="77777777" w:rsidR="00F70C7D" w:rsidRDefault="00F70C7D"/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92A7E0" w14:textId="77777777" w:rsidR="00F70C7D" w:rsidRDefault="00F70C7D"/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3F28A6" w14:textId="77777777" w:rsidR="00F70C7D" w:rsidRPr="00757F1C" w:rsidRDefault="00FA4471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Виды деятельности по изученным разделам;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072DD7" w14:textId="77777777" w:rsidR="00F70C7D" w:rsidRDefault="00FA4471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765A2A" w14:textId="77777777" w:rsidR="00F70C7D" w:rsidRDefault="00F70C7D"/>
        </w:tc>
      </w:tr>
      <w:tr w:rsidR="00F70C7D" w14:paraId="3D882400" w14:textId="77777777">
        <w:trPr>
          <w:trHeight w:hRule="exact" w:val="348"/>
        </w:trPr>
        <w:tc>
          <w:tcPr>
            <w:tcW w:w="2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B4875F" w14:textId="77777777" w:rsidR="00F70C7D" w:rsidRDefault="00FA44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BA34E9" w14:textId="77777777" w:rsidR="00F70C7D" w:rsidRDefault="00FA44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287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8C899D" w14:textId="77777777" w:rsidR="00F70C7D" w:rsidRDefault="00F70C7D"/>
        </w:tc>
      </w:tr>
      <w:tr w:rsidR="00F70C7D" w14:paraId="753DF742" w14:textId="77777777">
        <w:trPr>
          <w:trHeight w:hRule="exact" w:val="520"/>
        </w:trPr>
        <w:tc>
          <w:tcPr>
            <w:tcW w:w="2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D9F748" w14:textId="77777777" w:rsidR="00F70C7D" w:rsidRPr="00757F1C" w:rsidRDefault="00FA4471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757F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F0527C" w14:textId="77777777" w:rsidR="00F70C7D" w:rsidRDefault="00FA44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68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9923E8" w14:textId="77777777" w:rsidR="00F70C7D" w:rsidRDefault="00FA44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035259" w14:textId="77777777" w:rsidR="00F70C7D" w:rsidRDefault="00FA44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11</w:t>
            </w:r>
          </w:p>
        </w:tc>
        <w:tc>
          <w:tcPr>
            <w:tcW w:w="106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7AFCB8" w14:textId="77777777" w:rsidR="00F70C7D" w:rsidRDefault="00F70C7D"/>
        </w:tc>
      </w:tr>
    </w:tbl>
    <w:p w14:paraId="654385B4" w14:textId="77777777" w:rsidR="00F70C7D" w:rsidRDefault="00F70C7D">
      <w:pPr>
        <w:autoSpaceDE w:val="0"/>
        <w:autoSpaceDN w:val="0"/>
        <w:spacing w:after="0" w:line="14" w:lineRule="exact"/>
      </w:pPr>
    </w:p>
    <w:p w14:paraId="6A6D256D" w14:textId="77777777" w:rsidR="00F70C7D" w:rsidRDefault="00F70C7D">
      <w:pPr>
        <w:sectPr w:rsidR="00F70C7D">
          <w:pgSz w:w="16840" w:h="11900"/>
          <w:pgMar w:top="284" w:right="640" w:bottom="634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0CB12C74" w14:textId="77777777" w:rsidR="00F70C7D" w:rsidRDefault="00F70C7D">
      <w:pPr>
        <w:autoSpaceDE w:val="0"/>
        <w:autoSpaceDN w:val="0"/>
        <w:spacing w:after="78" w:line="220" w:lineRule="exact"/>
      </w:pPr>
    </w:p>
    <w:p w14:paraId="04030C13" w14:textId="77777777" w:rsidR="00F70C7D" w:rsidRDefault="00FA4471">
      <w:pPr>
        <w:autoSpaceDE w:val="0"/>
        <w:autoSpaceDN w:val="0"/>
        <w:spacing w:after="32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ПОУРОЧНОЕ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960"/>
        <w:gridCol w:w="2726"/>
        <w:gridCol w:w="732"/>
        <w:gridCol w:w="1620"/>
        <w:gridCol w:w="1668"/>
        <w:gridCol w:w="1164"/>
        <w:gridCol w:w="1682"/>
      </w:tblGrid>
      <w:tr w:rsidR="00F70C7D" w14:paraId="09869540" w14:textId="77777777">
        <w:trPr>
          <w:trHeight w:hRule="exact" w:val="492"/>
        </w:trPr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F2F5A5" w14:textId="77777777" w:rsidR="00F70C7D" w:rsidRDefault="00FA4471">
            <w:pPr>
              <w:autoSpaceDE w:val="0"/>
              <w:autoSpaceDN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27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C66C06" w14:textId="77777777" w:rsidR="00F70C7D" w:rsidRDefault="00FA4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4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2AD4AE" w14:textId="77777777" w:rsidR="00F70C7D" w:rsidRDefault="00FA4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2E0163" w14:textId="77777777" w:rsidR="00F70C7D" w:rsidRDefault="00FA4471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</w:p>
        </w:tc>
        <w:tc>
          <w:tcPr>
            <w:tcW w:w="16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F7F533" w14:textId="77777777" w:rsidR="00F70C7D" w:rsidRDefault="00FA4471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Виды, формы контроля</w:t>
            </w:r>
          </w:p>
        </w:tc>
      </w:tr>
      <w:tr w:rsidR="00F70C7D" w14:paraId="2941509A" w14:textId="77777777" w:rsidTr="002671FC">
        <w:trPr>
          <w:trHeight w:hRule="exact" w:val="828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86523" w14:textId="77777777" w:rsidR="00F70C7D" w:rsidRDefault="00F70C7D"/>
        </w:tc>
        <w:tc>
          <w:tcPr>
            <w:tcW w:w="2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C9B9F" w14:textId="77777777" w:rsidR="00F70C7D" w:rsidRDefault="00F70C7D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1B0D89" w14:textId="77777777" w:rsidR="00F70C7D" w:rsidRDefault="00FA4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E31465" w14:textId="77777777" w:rsidR="00F70C7D" w:rsidRDefault="00FA4471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920F13" w14:textId="77777777" w:rsidR="00F70C7D" w:rsidRDefault="00FA4471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1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94870" w14:textId="77777777" w:rsidR="00F70C7D" w:rsidRDefault="00F70C7D"/>
        </w:tc>
        <w:tc>
          <w:tcPr>
            <w:tcW w:w="16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CB6E4" w14:textId="77777777" w:rsidR="00F70C7D" w:rsidRDefault="00F70C7D"/>
        </w:tc>
      </w:tr>
      <w:tr w:rsidR="002671FC" w14:paraId="6E271C09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BDDC84" w14:textId="77777777" w:rsidR="002671FC" w:rsidRDefault="002671FC" w:rsidP="002671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C1931D" w14:textId="5A8346B0" w:rsidR="002671FC" w:rsidRPr="002671FC" w:rsidRDefault="002671FC" w:rsidP="002671FC">
            <w:pPr>
              <w:rPr>
                <w:lang w:val="ru-RU"/>
              </w:rPr>
            </w:pPr>
            <w:r w:rsidRPr="00300729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Вводный урок. Что изучает история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358D3D" w14:textId="77777777" w:rsidR="002671FC" w:rsidRDefault="002671FC" w:rsidP="002671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781E80" w14:textId="77777777" w:rsidR="002671FC" w:rsidRDefault="002671FC" w:rsidP="002671FC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36D6F6" w14:textId="77777777" w:rsidR="002671FC" w:rsidRDefault="002671FC" w:rsidP="002671FC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E179A1" w14:textId="77777777" w:rsidR="002671FC" w:rsidRDefault="002671FC" w:rsidP="002671FC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03DC4C" w14:textId="0F6E7302" w:rsidR="002671FC" w:rsidRPr="001A4B33" w:rsidRDefault="001A4B33" w:rsidP="002671FC">
            <w:pPr>
              <w:rPr>
                <w:lang w:val="ru-RU"/>
              </w:rPr>
            </w:pPr>
            <w:r>
              <w:rPr>
                <w:lang w:val="ru-RU"/>
              </w:rPr>
              <w:t>Устный опрос</w:t>
            </w:r>
          </w:p>
        </w:tc>
      </w:tr>
      <w:tr w:rsidR="001A4B33" w14:paraId="502632FF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6B6999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BEF4D0" w14:textId="793BC046" w:rsidR="001A4B33" w:rsidRDefault="001A4B33" w:rsidP="001A4B33">
            <w:proofErr w:type="spellStart"/>
            <w:r w:rsidRPr="003007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Счёт</w:t>
            </w:r>
            <w:proofErr w:type="spellEnd"/>
            <w:r w:rsidRPr="003007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3007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лет</w:t>
            </w:r>
            <w:proofErr w:type="spellEnd"/>
            <w:r w:rsidRPr="003007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в </w:t>
            </w:r>
            <w:proofErr w:type="spellStart"/>
            <w:r w:rsidRPr="003007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истории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C2AE7F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AD1D4C" w14:textId="77777777" w:rsidR="001A4B33" w:rsidRDefault="001A4B33" w:rsidP="001A4B33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49BA4F" w14:textId="77777777" w:rsidR="001A4B33" w:rsidRDefault="001A4B33" w:rsidP="001A4B33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7D5066" w14:textId="77777777" w:rsidR="001A4B33" w:rsidRDefault="001A4B33" w:rsidP="001A4B33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8241E0" w14:textId="2DBC9BC1" w:rsidR="001A4B33" w:rsidRDefault="001A4B33" w:rsidP="001A4B33">
            <w:r w:rsidRPr="00DE3763">
              <w:rPr>
                <w:lang w:val="ru-RU"/>
              </w:rPr>
              <w:t>Устный опрос</w:t>
            </w:r>
          </w:p>
        </w:tc>
      </w:tr>
      <w:tr w:rsidR="001A4B33" w14:paraId="2F684174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7F4DF5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DE8A5F" w14:textId="044C44AE" w:rsidR="001A4B33" w:rsidRDefault="001A4B33" w:rsidP="001A4B33">
            <w:proofErr w:type="spellStart"/>
            <w:r w:rsidRPr="003007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Появление</w:t>
            </w:r>
            <w:proofErr w:type="spellEnd"/>
            <w:r w:rsidRPr="003007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3007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людей</w:t>
            </w:r>
            <w:proofErr w:type="spellEnd"/>
            <w:r w:rsidRPr="003007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3007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на</w:t>
            </w:r>
            <w:proofErr w:type="spellEnd"/>
            <w:r w:rsidRPr="003007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3007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Земле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6F143D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6824B4" w14:textId="77777777" w:rsidR="001A4B33" w:rsidRDefault="001A4B33" w:rsidP="001A4B33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54F53F" w14:textId="77777777" w:rsidR="001A4B33" w:rsidRDefault="001A4B33" w:rsidP="001A4B33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511C13" w14:textId="77777777" w:rsidR="001A4B33" w:rsidRDefault="001A4B33" w:rsidP="001A4B33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AEC27F" w14:textId="37B004FE" w:rsidR="001A4B33" w:rsidRDefault="001A4B33" w:rsidP="001A4B33">
            <w:r w:rsidRPr="00DE3763">
              <w:rPr>
                <w:lang w:val="ru-RU"/>
              </w:rPr>
              <w:t>Устный опрос</w:t>
            </w:r>
          </w:p>
        </w:tc>
      </w:tr>
      <w:tr w:rsidR="002671FC" w14:paraId="5BBBC838" w14:textId="77777777">
        <w:trPr>
          <w:trHeight w:hRule="exact" w:val="494"/>
        </w:trPr>
        <w:tc>
          <w:tcPr>
            <w:tcW w:w="96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A3C546" w14:textId="77777777" w:rsidR="002671FC" w:rsidRDefault="002671FC" w:rsidP="002671F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272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F37570" w14:textId="77777777" w:rsidR="002671FC" w:rsidRPr="00300729" w:rsidRDefault="002671FC" w:rsidP="002671FC">
            <w:pPr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</w:pPr>
            <w:r w:rsidRPr="00300729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Жизнь древних охотников Искусство и религия первобытных людей</w:t>
            </w:r>
          </w:p>
          <w:p w14:paraId="22ED4CAA" w14:textId="77777777" w:rsidR="002671FC" w:rsidRPr="00300729" w:rsidRDefault="002671FC" w:rsidP="002671FC">
            <w:pPr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</w:pPr>
          </w:p>
          <w:p w14:paraId="1ED3E8DF" w14:textId="77777777" w:rsidR="002671FC" w:rsidRPr="002671FC" w:rsidRDefault="002671FC" w:rsidP="002671FC">
            <w:pPr>
              <w:rPr>
                <w:lang w:val="ru-RU"/>
              </w:rPr>
            </w:pP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996FB4" w14:textId="77777777" w:rsidR="002671FC" w:rsidRDefault="002671FC" w:rsidP="002671F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5F2B2E" w14:textId="77777777" w:rsidR="002671FC" w:rsidRDefault="002671FC" w:rsidP="002671FC"/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082E92" w14:textId="7035C8C1" w:rsidR="002671FC" w:rsidRPr="000A6D8A" w:rsidRDefault="000A6D8A" w:rsidP="002671FC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EF6CFB" w14:textId="77777777" w:rsidR="002671FC" w:rsidRDefault="002671FC" w:rsidP="002671FC"/>
        </w:tc>
        <w:tc>
          <w:tcPr>
            <w:tcW w:w="16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34C023" w14:textId="260A9DB4" w:rsidR="002671FC" w:rsidRPr="001A4B33" w:rsidRDefault="001A4B33" w:rsidP="002671FC">
            <w:pPr>
              <w:rPr>
                <w:lang w:val="ru-RU"/>
              </w:rPr>
            </w:pPr>
            <w:r>
              <w:rPr>
                <w:lang w:val="ru-RU"/>
              </w:rPr>
              <w:t>Практическая работа</w:t>
            </w:r>
          </w:p>
        </w:tc>
      </w:tr>
      <w:tr w:rsidR="002671FC" w14:paraId="6769C48A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FCED73" w14:textId="77777777" w:rsidR="002671FC" w:rsidRDefault="002671FC" w:rsidP="002671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2E3E33" w14:textId="04A2DCB8" w:rsidR="002671FC" w:rsidRDefault="002671FC" w:rsidP="002671FC">
            <w:r w:rsidRPr="00300729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Древние земледельцы и скотоводы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151A2C" w14:textId="77777777" w:rsidR="002671FC" w:rsidRDefault="002671FC" w:rsidP="002671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99D657" w14:textId="77777777" w:rsidR="002671FC" w:rsidRDefault="002671FC" w:rsidP="002671FC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C07E9A" w14:textId="77777777" w:rsidR="002671FC" w:rsidRDefault="002671FC" w:rsidP="002671FC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C5C038" w14:textId="77777777" w:rsidR="002671FC" w:rsidRDefault="002671FC" w:rsidP="002671FC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6C2238" w14:textId="77777777" w:rsidR="002671FC" w:rsidRDefault="002671FC" w:rsidP="002671FC"/>
        </w:tc>
      </w:tr>
      <w:tr w:rsidR="002671FC" w14:paraId="51B8EE89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A5C842" w14:textId="77777777" w:rsidR="002671FC" w:rsidRDefault="002671FC" w:rsidP="002671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007BEB" w14:textId="5B678AA9" w:rsidR="002671FC" w:rsidRDefault="00666F5C" w:rsidP="002671FC">
            <w:r w:rsidRPr="00300729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Древние земледельцы и скотоводы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9ECE73" w14:textId="77777777" w:rsidR="002671FC" w:rsidRDefault="002671FC" w:rsidP="002671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62D0CA" w14:textId="0AA67AE3" w:rsidR="002671FC" w:rsidRPr="006B2A40" w:rsidRDefault="006B2A40" w:rsidP="002671FC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F0CC5E" w14:textId="77777777" w:rsidR="002671FC" w:rsidRDefault="002671FC" w:rsidP="002671FC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DD1D12" w14:textId="77777777" w:rsidR="002671FC" w:rsidRDefault="002671FC" w:rsidP="002671FC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B11D2C" w14:textId="2AD6AF9F" w:rsidR="002671FC" w:rsidRPr="001A4B33" w:rsidRDefault="001A4B33" w:rsidP="002671FC">
            <w:pPr>
              <w:rPr>
                <w:lang w:val="ru-RU"/>
              </w:rPr>
            </w:pPr>
            <w:r>
              <w:rPr>
                <w:lang w:val="ru-RU"/>
              </w:rPr>
              <w:t>Контрольная работа</w:t>
            </w:r>
          </w:p>
        </w:tc>
      </w:tr>
      <w:tr w:rsidR="001A4B33" w14:paraId="0F26A47C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A3D789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7D648D" w14:textId="2E3F4A97" w:rsidR="001A4B33" w:rsidRPr="00300729" w:rsidRDefault="001A4B33" w:rsidP="001A4B33">
            <w:pPr>
              <w:pStyle w:val="aff8"/>
              <w:shd w:val="clear" w:color="auto" w:fill="FFFFFF"/>
              <w:spacing w:before="0" w:beforeAutospacing="0" w:after="150" w:afterAutospacing="0"/>
              <w:rPr>
                <w:color w:val="000000"/>
                <w:sz w:val="22"/>
                <w:szCs w:val="22"/>
              </w:rPr>
            </w:pPr>
            <w:r w:rsidRPr="00300729">
              <w:rPr>
                <w:color w:val="000000"/>
                <w:sz w:val="22"/>
                <w:szCs w:val="22"/>
              </w:rPr>
              <w:t>Возникновение государства в Древнем Египте</w:t>
            </w:r>
            <w:r w:rsidR="00666F5C">
              <w:rPr>
                <w:color w:val="000000"/>
                <w:sz w:val="22"/>
                <w:szCs w:val="22"/>
              </w:rPr>
              <w:t xml:space="preserve"> </w:t>
            </w:r>
          </w:p>
          <w:p w14:paraId="2E906D79" w14:textId="77777777" w:rsidR="001A4B33" w:rsidRPr="00666F5C" w:rsidRDefault="001A4B33" w:rsidP="001A4B33">
            <w:pPr>
              <w:rPr>
                <w:lang w:val="ru-RU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C49877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1A0173" w14:textId="77777777" w:rsidR="001A4B33" w:rsidRDefault="001A4B33" w:rsidP="001A4B33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B641C4" w14:textId="77777777" w:rsidR="001A4B33" w:rsidRDefault="001A4B33" w:rsidP="001A4B33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05BD65" w14:textId="77777777" w:rsidR="001A4B33" w:rsidRDefault="001A4B33" w:rsidP="001A4B33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3F8038" w14:textId="76BBB5F4" w:rsidR="001A4B33" w:rsidRDefault="001A4B33" w:rsidP="001A4B33">
            <w:r w:rsidRPr="0098642F">
              <w:rPr>
                <w:lang w:val="ru-RU"/>
              </w:rPr>
              <w:t>Устный опрос</w:t>
            </w:r>
          </w:p>
        </w:tc>
      </w:tr>
      <w:tr w:rsidR="001A4B33" w14:paraId="3F058D5E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80EF1B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61B247" w14:textId="20877E92" w:rsidR="001A4B33" w:rsidRDefault="001A4B33" w:rsidP="001A4B33">
            <w:proofErr w:type="spellStart"/>
            <w:r w:rsidRPr="003007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Жизнь</w:t>
            </w:r>
            <w:proofErr w:type="spellEnd"/>
            <w:r w:rsidRPr="003007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3007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древних</w:t>
            </w:r>
            <w:proofErr w:type="spellEnd"/>
            <w:r w:rsidRPr="003007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3007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египтян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0134F7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59EC80" w14:textId="77777777" w:rsidR="001A4B33" w:rsidRDefault="001A4B33" w:rsidP="001A4B33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D2E59C" w14:textId="77777777" w:rsidR="001A4B33" w:rsidRDefault="001A4B33" w:rsidP="001A4B33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BF55EE" w14:textId="77777777" w:rsidR="001A4B33" w:rsidRDefault="001A4B33" w:rsidP="001A4B33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507783" w14:textId="1A403B11" w:rsidR="001A4B33" w:rsidRDefault="001A4B33" w:rsidP="001A4B33">
            <w:r w:rsidRPr="0098642F">
              <w:rPr>
                <w:lang w:val="ru-RU"/>
              </w:rPr>
              <w:t>Устный опрос</w:t>
            </w:r>
          </w:p>
        </w:tc>
      </w:tr>
      <w:tr w:rsidR="001A4B33" w14:paraId="7D3DB6AB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0D3281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0F5892" w14:textId="77777777" w:rsidR="001A4B33" w:rsidRPr="00300729" w:rsidRDefault="001A4B33" w:rsidP="001A4B33">
            <w:pPr>
              <w:pStyle w:val="aff8"/>
              <w:shd w:val="clear" w:color="auto" w:fill="FFFFFF"/>
              <w:spacing w:before="0" w:beforeAutospacing="0" w:after="150" w:afterAutospacing="0"/>
              <w:rPr>
                <w:color w:val="000000"/>
                <w:sz w:val="22"/>
                <w:szCs w:val="22"/>
              </w:rPr>
            </w:pPr>
            <w:r w:rsidRPr="00300729">
              <w:rPr>
                <w:color w:val="000000"/>
                <w:sz w:val="22"/>
                <w:szCs w:val="22"/>
              </w:rPr>
              <w:t>Могущество и упадок державы фараонов</w:t>
            </w:r>
          </w:p>
          <w:p w14:paraId="3C575328" w14:textId="77777777" w:rsidR="001A4B33" w:rsidRDefault="001A4B33" w:rsidP="001A4B33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1E0CA1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D77A4C" w14:textId="77777777" w:rsidR="001A4B33" w:rsidRDefault="001A4B33" w:rsidP="001A4B33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7B682F" w14:textId="77777777" w:rsidR="001A4B33" w:rsidRDefault="001A4B33" w:rsidP="001A4B33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58C437" w14:textId="77777777" w:rsidR="001A4B33" w:rsidRDefault="001A4B33" w:rsidP="001A4B33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6C5675" w14:textId="2D26C488" w:rsidR="001A4B33" w:rsidRDefault="001A4B33" w:rsidP="001A4B33">
            <w:r w:rsidRPr="0098642F">
              <w:rPr>
                <w:lang w:val="ru-RU"/>
              </w:rPr>
              <w:t>Устный опрос</w:t>
            </w:r>
          </w:p>
        </w:tc>
      </w:tr>
      <w:tr w:rsidR="001A4B33" w14:paraId="73D25B85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95BB1A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37AD62" w14:textId="2CC58EFD" w:rsidR="001A4B33" w:rsidRDefault="001A4B33" w:rsidP="001A4B33">
            <w:proofErr w:type="spellStart"/>
            <w:r w:rsidRPr="003007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Религия</w:t>
            </w:r>
            <w:proofErr w:type="spellEnd"/>
            <w:r w:rsidRPr="003007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3007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древних</w:t>
            </w:r>
            <w:proofErr w:type="spellEnd"/>
            <w:r w:rsidRPr="003007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3007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египтян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0379BF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625280" w14:textId="77777777" w:rsidR="001A4B33" w:rsidRDefault="001A4B33" w:rsidP="001A4B33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03E898" w14:textId="77777777" w:rsidR="001A4B33" w:rsidRDefault="001A4B33" w:rsidP="001A4B33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FEDEDE" w14:textId="77777777" w:rsidR="001A4B33" w:rsidRDefault="001A4B33" w:rsidP="001A4B33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B8C7B6" w14:textId="434E6894" w:rsidR="001A4B33" w:rsidRDefault="001A4B33" w:rsidP="001A4B33">
            <w:r w:rsidRPr="0098642F">
              <w:rPr>
                <w:lang w:val="ru-RU"/>
              </w:rPr>
              <w:t>Устный опрос</w:t>
            </w:r>
          </w:p>
        </w:tc>
      </w:tr>
      <w:tr w:rsidR="001A4B33" w14:paraId="1F98D519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0DE551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2332C2" w14:textId="320B515C" w:rsidR="001A4B33" w:rsidRDefault="001A4B33" w:rsidP="001A4B33">
            <w:proofErr w:type="spellStart"/>
            <w:r w:rsidRPr="003007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Культура</w:t>
            </w:r>
            <w:proofErr w:type="spellEnd"/>
            <w:r w:rsidRPr="003007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3007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Древнего</w:t>
            </w:r>
            <w:proofErr w:type="spellEnd"/>
            <w:r w:rsidRPr="003007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3007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Египта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5F309D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D8E5DA" w14:textId="77777777" w:rsidR="001A4B33" w:rsidRDefault="001A4B33" w:rsidP="001A4B33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F6CEE9" w14:textId="77777777" w:rsidR="001A4B33" w:rsidRDefault="001A4B33" w:rsidP="001A4B33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6C9E02" w14:textId="77777777" w:rsidR="001A4B33" w:rsidRDefault="001A4B33" w:rsidP="001A4B33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F672A5" w14:textId="320EC112" w:rsidR="001A4B33" w:rsidRDefault="001A4B33" w:rsidP="001A4B33">
            <w:r w:rsidRPr="0098642F">
              <w:rPr>
                <w:lang w:val="ru-RU"/>
              </w:rPr>
              <w:t>Устный опрос</w:t>
            </w:r>
          </w:p>
        </w:tc>
      </w:tr>
      <w:tr w:rsidR="002671FC" w14:paraId="2F808A5B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33D98D" w14:textId="77777777" w:rsidR="002671FC" w:rsidRDefault="002671FC" w:rsidP="002671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2DDC46" w14:textId="773CFAE7" w:rsidR="002671FC" w:rsidRDefault="002671FC" w:rsidP="002671FC">
            <w:r w:rsidRPr="00300729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Повторительно- обобщающий урок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685268" w14:textId="77777777" w:rsidR="002671FC" w:rsidRDefault="002671FC" w:rsidP="002671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2E25B0" w14:textId="323A8CB2" w:rsidR="002671FC" w:rsidRPr="000A6D8A" w:rsidRDefault="002671FC" w:rsidP="002671FC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68BCD6" w14:textId="0B344B34" w:rsidR="002671FC" w:rsidRPr="000A6D8A" w:rsidRDefault="000A6D8A" w:rsidP="002671FC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2126CD" w14:textId="77777777" w:rsidR="002671FC" w:rsidRDefault="002671FC" w:rsidP="002671FC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DA3DC5" w14:textId="37A7F16C" w:rsidR="002671FC" w:rsidRDefault="001A4B33" w:rsidP="002671FC">
            <w:r>
              <w:rPr>
                <w:lang w:val="ru-RU"/>
              </w:rPr>
              <w:t>Практическая работа</w:t>
            </w:r>
          </w:p>
        </w:tc>
      </w:tr>
      <w:tr w:rsidR="002671FC" w14:paraId="06F5E78F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488C17" w14:textId="77777777" w:rsidR="002671FC" w:rsidRDefault="002671FC" w:rsidP="002671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332FB1" w14:textId="797270DE" w:rsidR="002671FC" w:rsidRPr="002671FC" w:rsidRDefault="002671FC" w:rsidP="002671FC">
            <w:pPr>
              <w:rPr>
                <w:lang w:val="ru-RU"/>
              </w:rPr>
            </w:pPr>
            <w:r w:rsidRPr="00300729">
              <w:rPr>
                <w:rFonts w:ascii="Times New Roman" w:hAnsi="Times New Roman" w:cs="Times New Roman"/>
                <w:lang w:val="ru-RU"/>
              </w:rPr>
              <w:t>Контрольная работа</w:t>
            </w:r>
            <w:r w:rsidRPr="00300729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по теме «Древний Египет»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B94AFA" w14:textId="77777777" w:rsidR="002671FC" w:rsidRDefault="002671FC" w:rsidP="002671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7E4311" w14:textId="2FC50183" w:rsidR="002671FC" w:rsidRPr="006B2A40" w:rsidRDefault="006B2A40" w:rsidP="002671FC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DFD2BF" w14:textId="77777777" w:rsidR="002671FC" w:rsidRDefault="002671FC" w:rsidP="002671FC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A4AE9E" w14:textId="77777777" w:rsidR="002671FC" w:rsidRDefault="002671FC" w:rsidP="002671FC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CBDD4E" w14:textId="76C84705" w:rsidR="002671FC" w:rsidRDefault="001A4B33" w:rsidP="002671FC">
            <w:r>
              <w:rPr>
                <w:lang w:val="ru-RU"/>
              </w:rPr>
              <w:t>Контрольная работа</w:t>
            </w:r>
          </w:p>
        </w:tc>
      </w:tr>
      <w:tr w:rsidR="001A4B33" w14:paraId="3281CB8D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C113EB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25F656" w14:textId="3660E5B7" w:rsidR="001A4B33" w:rsidRDefault="001A4B33" w:rsidP="001A4B33">
            <w:proofErr w:type="spellStart"/>
            <w:r w:rsidRPr="003007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Древнее</w:t>
            </w:r>
            <w:proofErr w:type="spellEnd"/>
            <w:r w:rsidRPr="003007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3007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Междуречье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682486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4DF601" w14:textId="77777777" w:rsidR="001A4B33" w:rsidRDefault="001A4B33" w:rsidP="001A4B33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E36F96" w14:textId="77777777" w:rsidR="001A4B33" w:rsidRDefault="001A4B33" w:rsidP="001A4B33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3CA4A2" w14:textId="77777777" w:rsidR="001A4B33" w:rsidRDefault="001A4B33" w:rsidP="001A4B33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84BE35" w14:textId="7852DACB" w:rsidR="001A4B33" w:rsidRDefault="001A4B33" w:rsidP="001A4B33">
            <w:r w:rsidRPr="009436F2">
              <w:rPr>
                <w:lang w:val="ru-RU"/>
              </w:rPr>
              <w:t>Устный опрос</w:t>
            </w:r>
          </w:p>
        </w:tc>
      </w:tr>
      <w:tr w:rsidR="001A4B33" w14:paraId="55DAC637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6AA0F6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ADD4CE" w14:textId="3E597B11" w:rsidR="001A4B33" w:rsidRPr="002671FC" w:rsidRDefault="001A4B33" w:rsidP="001A4B33">
            <w:pPr>
              <w:rPr>
                <w:lang w:val="ru-RU"/>
              </w:rPr>
            </w:pPr>
            <w:r w:rsidRPr="00300729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Вавилонский царь Хаммурапи и его законы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C9E211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F26A23" w14:textId="77777777" w:rsidR="001A4B33" w:rsidRDefault="001A4B33" w:rsidP="001A4B33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DE90E3" w14:textId="77777777" w:rsidR="001A4B33" w:rsidRDefault="001A4B33" w:rsidP="001A4B33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693BF1" w14:textId="77777777" w:rsidR="001A4B33" w:rsidRDefault="001A4B33" w:rsidP="001A4B33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2D6078" w14:textId="1DA08633" w:rsidR="001A4B33" w:rsidRDefault="001A4B33" w:rsidP="001A4B33">
            <w:r w:rsidRPr="009436F2">
              <w:rPr>
                <w:lang w:val="ru-RU"/>
              </w:rPr>
              <w:t>Устный опрос</w:t>
            </w:r>
          </w:p>
        </w:tc>
      </w:tr>
      <w:tr w:rsidR="002671FC" w14:paraId="09FD9662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F31807" w14:textId="77777777" w:rsidR="002671FC" w:rsidRDefault="002671FC" w:rsidP="002671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ED9B89" w14:textId="09D31000" w:rsidR="002671FC" w:rsidRDefault="002671FC" w:rsidP="002671FC">
            <w:proofErr w:type="spellStart"/>
            <w:r w:rsidRPr="003007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Ассирийская</w:t>
            </w:r>
            <w:proofErr w:type="spellEnd"/>
            <w:r w:rsidRPr="003007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3007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держава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74AC31" w14:textId="77777777" w:rsidR="002671FC" w:rsidRDefault="002671FC" w:rsidP="002671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FE89F9" w14:textId="77777777" w:rsidR="002671FC" w:rsidRDefault="002671FC" w:rsidP="002671FC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FFFBD0" w14:textId="77777777" w:rsidR="002671FC" w:rsidRDefault="002671FC" w:rsidP="002671FC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6C29B0" w14:textId="77777777" w:rsidR="002671FC" w:rsidRDefault="002671FC" w:rsidP="002671FC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881796" w14:textId="40E57C90" w:rsidR="002671FC" w:rsidRDefault="001A4B33" w:rsidP="002671FC">
            <w:r>
              <w:rPr>
                <w:lang w:val="ru-RU"/>
              </w:rPr>
              <w:t>Практическая работа</w:t>
            </w:r>
          </w:p>
        </w:tc>
      </w:tr>
      <w:tr w:rsidR="001A4B33" w14:paraId="4A77FD36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7EEC9D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1974CB" w14:textId="77777777" w:rsidR="001A4B33" w:rsidRPr="00300729" w:rsidRDefault="001A4B33" w:rsidP="001A4B33">
            <w:pPr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</w:pPr>
            <w:proofErr w:type="spellStart"/>
            <w:r w:rsidRPr="003007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Нововавилонское</w:t>
            </w:r>
            <w:proofErr w:type="spellEnd"/>
            <w:r w:rsidRPr="003007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3007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царство</w:t>
            </w:r>
            <w:proofErr w:type="spellEnd"/>
            <w:r w:rsidRPr="00300729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.</w:t>
            </w:r>
            <w:r w:rsidRPr="003007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</w:p>
          <w:p w14:paraId="00483A07" w14:textId="77777777" w:rsidR="001A4B33" w:rsidRDefault="001A4B33" w:rsidP="001A4B33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E6BCBD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E38038" w14:textId="77777777" w:rsidR="001A4B33" w:rsidRDefault="001A4B33" w:rsidP="001A4B33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BAB93C" w14:textId="5A637D29" w:rsidR="001A4B33" w:rsidRPr="000A6D8A" w:rsidRDefault="001A4B33" w:rsidP="001A4B33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612B47" w14:textId="77777777" w:rsidR="001A4B33" w:rsidRDefault="001A4B33" w:rsidP="001A4B33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C645FE" w14:textId="1FACA9F7" w:rsidR="001A4B33" w:rsidRDefault="001A4B33" w:rsidP="001A4B33">
            <w:r w:rsidRPr="000C414F">
              <w:rPr>
                <w:lang w:val="ru-RU"/>
              </w:rPr>
              <w:t>Устный опрос</w:t>
            </w:r>
          </w:p>
        </w:tc>
      </w:tr>
      <w:tr w:rsidR="001A4B33" w14:paraId="42048EFC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39D595" w14:textId="77777777" w:rsidR="001A4B33" w:rsidRDefault="001A4B33" w:rsidP="001A4B33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C3B495" w14:textId="48A24A57" w:rsidR="001A4B33" w:rsidRDefault="001A4B33" w:rsidP="001A4B33">
            <w:proofErr w:type="spellStart"/>
            <w:r w:rsidRPr="003007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Финикийские</w:t>
            </w:r>
            <w:proofErr w:type="spellEnd"/>
            <w:r w:rsidRPr="003007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3007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мореплаватели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F390EB" w14:textId="77777777" w:rsidR="001A4B33" w:rsidRDefault="001A4B33" w:rsidP="001A4B33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0B6A94" w14:textId="77777777" w:rsidR="001A4B33" w:rsidRDefault="001A4B33" w:rsidP="001A4B33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04761F" w14:textId="77777777" w:rsidR="001A4B33" w:rsidRDefault="001A4B33" w:rsidP="001A4B33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34729A" w14:textId="77777777" w:rsidR="001A4B33" w:rsidRDefault="001A4B33" w:rsidP="001A4B33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1D7B00" w14:textId="3E012294" w:rsidR="001A4B33" w:rsidRDefault="001A4B33" w:rsidP="001A4B33">
            <w:r w:rsidRPr="000C414F">
              <w:rPr>
                <w:lang w:val="ru-RU"/>
              </w:rPr>
              <w:t>Устный опрос</w:t>
            </w:r>
          </w:p>
        </w:tc>
      </w:tr>
      <w:tr w:rsidR="001A4B33" w14:paraId="7AEA840E" w14:textId="77777777">
        <w:trPr>
          <w:trHeight w:hRule="exact" w:val="49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EE273F" w14:textId="77777777" w:rsidR="001A4B33" w:rsidRDefault="001A4B33" w:rsidP="001A4B33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648397" w14:textId="150AC719" w:rsidR="001A4B33" w:rsidRDefault="001A4B33" w:rsidP="001A4B33">
            <w:proofErr w:type="spellStart"/>
            <w:r w:rsidRPr="003007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Древняя</w:t>
            </w:r>
            <w:proofErr w:type="spellEnd"/>
            <w:r w:rsidRPr="003007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3007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Палестина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18FA52" w14:textId="77777777" w:rsidR="001A4B33" w:rsidRDefault="001A4B33" w:rsidP="001A4B33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47D3B0" w14:textId="77777777" w:rsidR="001A4B33" w:rsidRDefault="001A4B33" w:rsidP="001A4B33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90CDBF" w14:textId="74FABCFF" w:rsidR="001A4B33" w:rsidRPr="000A6D8A" w:rsidRDefault="001A4B33" w:rsidP="001A4B33">
            <w:pPr>
              <w:rPr>
                <w:lang w:val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31E4D0" w14:textId="77777777" w:rsidR="001A4B33" w:rsidRDefault="001A4B33" w:rsidP="001A4B33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23E3E5" w14:textId="4C984F6F" w:rsidR="001A4B33" w:rsidRDefault="001A4B33" w:rsidP="001A4B33">
            <w:r w:rsidRPr="000C414F">
              <w:rPr>
                <w:lang w:val="ru-RU"/>
              </w:rPr>
              <w:t>Устный опрос</w:t>
            </w:r>
          </w:p>
        </w:tc>
      </w:tr>
      <w:tr w:rsidR="001A4B33" w14:paraId="661BDCA2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D91250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A0390A" w14:textId="5984C0B4" w:rsidR="001A4B33" w:rsidRDefault="001A4B33" w:rsidP="001A4B33">
            <w:proofErr w:type="spellStart"/>
            <w:r w:rsidRPr="003007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Персидская</w:t>
            </w:r>
            <w:proofErr w:type="spellEnd"/>
            <w:r w:rsidRPr="003007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3007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держава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B91464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501F69" w14:textId="77777777" w:rsidR="001A4B33" w:rsidRDefault="001A4B33" w:rsidP="001A4B33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D1EC3E" w14:textId="77777777" w:rsidR="001A4B33" w:rsidRDefault="001A4B33" w:rsidP="001A4B33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60CBFC" w14:textId="77777777" w:rsidR="001A4B33" w:rsidRDefault="001A4B33" w:rsidP="001A4B33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7E44A2" w14:textId="0A2C3862" w:rsidR="001A4B33" w:rsidRDefault="001A4B33" w:rsidP="001A4B33">
            <w:r w:rsidRPr="000C414F">
              <w:rPr>
                <w:lang w:val="ru-RU"/>
              </w:rPr>
              <w:t>Устный опрос</w:t>
            </w:r>
          </w:p>
        </w:tc>
      </w:tr>
      <w:tr w:rsidR="002671FC" w14:paraId="57EFBD87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EC0E57" w14:textId="77777777" w:rsidR="002671FC" w:rsidRDefault="002671FC" w:rsidP="002671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EEF120" w14:textId="54E1A330" w:rsidR="002671FC" w:rsidRDefault="002671FC" w:rsidP="002671FC">
            <w:r w:rsidRPr="00300729">
              <w:rPr>
                <w:rFonts w:ascii="Times New Roman" w:hAnsi="Times New Roman" w:cs="Times New Roman"/>
                <w:lang w:val="ru-RU"/>
              </w:rPr>
              <w:t>Древние цивилизации востока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A54A70" w14:textId="77777777" w:rsidR="002671FC" w:rsidRDefault="002671FC" w:rsidP="002671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25A784" w14:textId="77777777" w:rsidR="002671FC" w:rsidRDefault="002671FC" w:rsidP="002671FC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986478" w14:textId="52316E4F" w:rsidR="002671FC" w:rsidRPr="000A6D8A" w:rsidRDefault="000A6D8A" w:rsidP="002671FC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5330A1" w14:textId="77777777" w:rsidR="002671FC" w:rsidRDefault="002671FC" w:rsidP="002671FC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7D4C94" w14:textId="3EE872F5" w:rsidR="002671FC" w:rsidRDefault="001A4B33" w:rsidP="002671FC">
            <w:r>
              <w:rPr>
                <w:lang w:val="ru-RU"/>
              </w:rPr>
              <w:t>Практическая работа</w:t>
            </w:r>
          </w:p>
        </w:tc>
      </w:tr>
      <w:tr w:rsidR="001A4B33" w14:paraId="52ED8B3F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46D650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986E9C" w14:textId="6F3E548E" w:rsidR="001A4B33" w:rsidRDefault="001A4B33" w:rsidP="001A4B33">
            <w:proofErr w:type="spellStart"/>
            <w:r w:rsidRPr="003007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Государства</w:t>
            </w:r>
            <w:proofErr w:type="spellEnd"/>
            <w:r w:rsidRPr="003007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3007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Древней</w:t>
            </w:r>
            <w:proofErr w:type="spellEnd"/>
            <w:r w:rsidRPr="003007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3007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Индии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D855AD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5BA332" w14:textId="77777777" w:rsidR="001A4B33" w:rsidRDefault="001A4B33" w:rsidP="001A4B33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90645F" w14:textId="77777777" w:rsidR="001A4B33" w:rsidRDefault="001A4B33" w:rsidP="001A4B33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6754A0" w14:textId="77777777" w:rsidR="001A4B33" w:rsidRDefault="001A4B33" w:rsidP="001A4B33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2635E0" w14:textId="01A0C4C7" w:rsidR="001A4B33" w:rsidRDefault="001A4B33" w:rsidP="001A4B33">
            <w:r w:rsidRPr="002A4EE7">
              <w:rPr>
                <w:lang w:val="ru-RU"/>
              </w:rPr>
              <w:t>Устный опрос</w:t>
            </w:r>
          </w:p>
        </w:tc>
      </w:tr>
      <w:tr w:rsidR="001A4B33" w14:paraId="1999EE73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03C48D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985F2A" w14:textId="453ECFE9" w:rsidR="001A4B33" w:rsidRPr="002671FC" w:rsidRDefault="001A4B33" w:rsidP="001A4B33">
            <w:pPr>
              <w:rPr>
                <w:lang w:val="ru-RU"/>
              </w:rPr>
            </w:pPr>
            <w:r w:rsidRPr="00300729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Общество и культура Древней Индии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87B787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98BE30" w14:textId="77777777" w:rsidR="001A4B33" w:rsidRDefault="001A4B33" w:rsidP="001A4B33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C512ED" w14:textId="77777777" w:rsidR="001A4B33" w:rsidRDefault="001A4B33" w:rsidP="001A4B33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73DF9F" w14:textId="77777777" w:rsidR="001A4B33" w:rsidRDefault="001A4B33" w:rsidP="001A4B33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56A237" w14:textId="0FA9A4F1" w:rsidR="001A4B33" w:rsidRDefault="001A4B33" w:rsidP="001A4B33">
            <w:r w:rsidRPr="002A4EE7">
              <w:rPr>
                <w:lang w:val="ru-RU"/>
              </w:rPr>
              <w:t>Устный опрос</w:t>
            </w:r>
          </w:p>
        </w:tc>
      </w:tr>
      <w:tr w:rsidR="001A4B33" w14:paraId="2392A498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5D7CC8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88D7AD" w14:textId="15BAEF18" w:rsidR="001A4B33" w:rsidRDefault="001A4B33" w:rsidP="001A4B33">
            <w:proofErr w:type="spellStart"/>
            <w:r w:rsidRPr="003007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Государства</w:t>
            </w:r>
            <w:proofErr w:type="spellEnd"/>
            <w:r w:rsidRPr="003007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3007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Древнего</w:t>
            </w:r>
            <w:proofErr w:type="spellEnd"/>
            <w:r w:rsidRPr="003007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3007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Китая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C6EB94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485D8A" w14:textId="77777777" w:rsidR="001A4B33" w:rsidRDefault="001A4B33" w:rsidP="001A4B33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3949A2" w14:textId="77777777" w:rsidR="001A4B33" w:rsidRDefault="001A4B33" w:rsidP="001A4B33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CA7ECE" w14:textId="77777777" w:rsidR="001A4B33" w:rsidRDefault="001A4B33" w:rsidP="001A4B33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6F6C18" w14:textId="7A297030" w:rsidR="001A4B33" w:rsidRDefault="001A4B33" w:rsidP="001A4B33">
            <w:r w:rsidRPr="002A4EE7">
              <w:rPr>
                <w:lang w:val="ru-RU"/>
              </w:rPr>
              <w:t>Устный опрос</w:t>
            </w:r>
          </w:p>
        </w:tc>
      </w:tr>
      <w:tr w:rsidR="002671FC" w14:paraId="6F9F71A6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C126D2" w14:textId="77777777" w:rsidR="002671FC" w:rsidRDefault="002671FC" w:rsidP="002671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FB2AB1" w14:textId="3F733034" w:rsidR="002671FC" w:rsidRDefault="002671FC" w:rsidP="002671FC">
            <w:proofErr w:type="spellStart"/>
            <w:r w:rsidRPr="003007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Культура</w:t>
            </w:r>
            <w:proofErr w:type="spellEnd"/>
            <w:r w:rsidRPr="003007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3007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Древнего</w:t>
            </w:r>
            <w:proofErr w:type="spellEnd"/>
            <w:r w:rsidRPr="003007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3007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Китая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A1B16C" w14:textId="77777777" w:rsidR="002671FC" w:rsidRDefault="002671FC" w:rsidP="002671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20765E" w14:textId="77777777" w:rsidR="002671FC" w:rsidRDefault="002671FC" w:rsidP="002671FC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69D0FC" w14:textId="4D61A749" w:rsidR="002671FC" w:rsidRPr="000A6D8A" w:rsidRDefault="000A6D8A" w:rsidP="002671FC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832F6A" w14:textId="77777777" w:rsidR="002671FC" w:rsidRDefault="002671FC" w:rsidP="002671FC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BE9D26" w14:textId="768F0841" w:rsidR="002671FC" w:rsidRDefault="001A4B33" w:rsidP="002671FC">
            <w:r>
              <w:rPr>
                <w:lang w:val="ru-RU"/>
              </w:rPr>
              <w:t>Практическая работа</w:t>
            </w:r>
          </w:p>
        </w:tc>
      </w:tr>
      <w:tr w:rsidR="002671FC" w14:paraId="7C195509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D7EC02" w14:textId="77777777" w:rsidR="002671FC" w:rsidRDefault="002671FC" w:rsidP="002671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0D157B" w14:textId="77777777" w:rsidR="002671FC" w:rsidRPr="00300729" w:rsidRDefault="002671FC" w:rsidP="002671FC">
            <w:pPr>
              <w:pStyle w:val="aff8"/>
              <w:shd w:val="clear" w:color="auto" w:fill="FFFFFF"/>
              <w:spacing w:before="0" w:beforeAutospacing="0" w:after="150" w:afterAutospacing="0"/>
              <w:rPr>
                <w:color w:val="000000"/>
                <w:sz w:val="22"/>
                <w:szCs w:val="22"/>
              </w:rPr>
            </w:pPr>
            <w:r w:rsidRPr="00300729">
              <w:rPr>
                <w:color w:val="000000"/>
                <w:sz w:val="22"/>
                <w:szCs w:val="22"/>
              </w:rPr>
              <w:t>Повторительно- обобщающий урок по теме «Древний Восток»</w:t>
            </w:r>
          </w:p>
          <w:p w14:paraId="4085E88F" w14:textId="77777777" w:rsidR="002671FC" w:rsidRPr="002671FC" w:rsidRDefault="002671FC" w:rsidP="002671FC">
            <w:pPr>
              <w:rPr>
                <w:lang w:val="ru-RU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379C00" w14:textId="77777777" w:rsidR="002671FC" w:rsidRDefault="002671FC" w:rsidP="002671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6894FA" w14:textId="18347179" w:rsidR="002671FC" w:rsidRPr="00F144E0" w:rsidRDefault="00F144E0" w:rsidP="002671FC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2800BB" w14:textId="77777777" w:rsidR="002671FC" w:rsidRDefault="002671FC" w:rsidP="002671FC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B0CB77" w14:textId="77777777" w:rsidR="002671FC" w:rsidRDefault="002671FC" w:rsidP="002671FC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7A83A6" w14:textId="7C597702" w:rsidR="002671FC" w:rsidRDefault="001A4B33" w:rsidP="002671FC">
            <w:r>
              <w:rPr>
                <w:lang w:val="ru-RU"/>
              </w:rPr>
              <w:t>Контрольная работа</w:t>
            </w:r>
          </w:p>
        </w:tc>
      </w:tr>
      <w:tr w:rsidR="002671FC" w14:paraId="38B97566" w14:textId="77777777">
        <w:trPr>
          <w:trHeight w:hRule="exact" w:val="47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E04363" w14:textId="77777777" w:rsidR="002671FC" w:rsidRDefault="002671FC" w:rsidP="002671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861664" w14:textId="2DFDDA50" w:rsidR="002671FC" w:rsidRDefault="002671FC" w:rsidP="002671FC">
            <w:proofErr w:type="spellStart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Зарождение</w:t>
            </w:r>
            <w:proofErr w:type="spellEnd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греческой</w:t>
            </w:r>
            <w:proofErr w:type="spellEnd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цивилизации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15C3AF" w14:textId="77777777" w:rsidR="002671FC" w:rsidRDefault="002671FC" w:rsidP="002671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00E3C0" w14:textId="77777777" w:rsidR="002671FC" w:rsidRDefault="002671FC" w:rsidP="002671FC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2DE1B1" w14:textId="77777777" w:rsidR="002671FC" w:rsidRDefault="002671FC" w:rsidP="002671FC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380BD6" w14:textId="77777777" w:rsidR="002671FC" w:rsidRDefault="002671FC" w:rsidP="002671FC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2ABDA0" w14:textId="22C1E773" w:rsidR="002671FC" w:rsidRDefault="001A4B33" w:rsidP="002671FC">
            <w:r>
              <w:rPr>
                <w:lang w:val="ru-RU"/>
              </w:rPr>
              <w:t>Устный опрос</w:t>
            </w:r>
          </w:p>
        </w:tc>
      </w:tr>
    </w:tbl>
    <w:p w14:paraId="3DD98E77" w14:textId="77777777" w:rsidR="00F70C7D" w:rsidRDefault="00F70C7D">
      <w:pPr>
        <w:autoSpaceDE w:val="0"/>
        <w:autoSpaceDN w:val="0"/>
        <w:spacing w:after="0" w:line="14" w:lineRule="exact"/>
      </w:pPr>
    </w:p>
    <w:p w14:paraId="5E3B3ED9" w14:textId="77777777" w:rsidR="00F70C7D" w:rsidRDefault="00F70C7D">
      <w:pPr>
        <w:sectPr w:rsidR="00F70C7D">
          <w:pgSz w:w="11900" w:h="16840"/>
          <w:pgMar w:top="298" w:right="650" w:bottom="52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21E6FFF2" w14:textId="77777777" w:rsidR="00F70C7D" w:rsidRDefault="00F70C7D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960"/>
        <w:gridCol w:w="2726"/>
        <w:gridCol w:w="732"/>
        <w:gridCol w:w="1620"/>
        <w:gridCol w:w="1668"/>
        <w:gridCol w:w="1164"/>
        <w:gridCol w:w="1682"/>
      </w:tblGrid>
      <w:tr w:rsidR="001A4B33" w14:paraId="09147302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F5BD15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63A420" w14:textId="04BD8801" w:rsidR="001A4B33" w:rsidRDefault="001A4B33" w:rsidP="001A4B33">
            <w:proofErr w:type="spellStart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Ахейская</w:t>
            </w:r>
            <w:proofErr w:type="spellEnd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Греция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9C1CC5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086D70" w14:textId="77777777" w:rsidR="001A4B33" w:rsidRDefault="001A4B33" w:rsidP="001A4B33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5B1A2F" w14:textId="77777777" w:rsidR="001A4B33" w:rsidRDefault="001A4B33" w:rsidP="001A4B33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085543" w14:textId="77777777" w:rsidR="001A4B33" w:rsidRDefault="001A4B33" w:rsidP="001A4B33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BBE385" w14:textId="45949501" w:rsidR="001A4B33" w:rsidRDefault="001A4B33" w:rsidP="001A4B33">
            <w:r w:rsidRPr="006E2F89">
              <w:rPr>
                <w:lang w:val="ru-RU"/>
              </w:rPr>
              <w:t>Устный опрос</w:t>
            </w:r>
          </w:p>
        </w:tc>
      </w:tr>
      <w:tr w:rsidR="001A4B33" w14:paraId="3CF19B6A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8CD9C8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8BC77D" w14:textId="2BBC4916" w:rsidR="001A4B33" w:rsidRDefault="001A4B33" w:rsidP="001A4B33">
            <w:proofErr w:type="spellStart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Поэмы</w:t>
            </w:r>
            <w:proofErr w:type="spellEnd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Гомера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70EDBD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5D31A4" w14:textId="77777777" w:rsidR="001A4B33" w:rsidRDefault="001A4B33" w:rsidP="001A4B33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465371" w14:textId="77777777" w:rsidR="001A4B33" w:rsidRDefault="001A4B33" w:rsidP="001A4B33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FC0159" w14:textId="77777777" w:rsidR="001A4B33" w:rsidRDefault="001A4B33" w:rsidP="001A4B33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CC915E" w14:textId="702527B8" w:rsidR="001A4B33" w:rsidRDefault="001A4B33" w:rsidP="001A4B33">
            <w:r w:rsidRPr="006E2F89">
              <w:rPr>
                <w:lang w:val="ru-RU"/>
              </w:rPr>
              <w:t>Устный опрос</w:t>
            </w:r>
          </w:p>
        </w:tc>
      </w:tr>
      <w:tr w:rsidR="00757F1C" w14:paraId="55CA1DC9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E40A4D" w14:textId="77777777" w:rsidR="00757F1C" w:rsidRDefault="00757F1C" w:rsidP="00757F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4C89C9" w14:textId="77777777" w:rsidR="00757F1C" w:rsidRPr="00300729" w:rsidRDefault="00757F1C" w:rsidP="00757F1C">
            <w:pPr>
              <w:pStyle w:val="aff8"/>
              <w:shd w:val="clear" w:color="auto" w:fill="FFFFFF"/>
              <w:spacing w:before="0" w:beforeAutospacing="0" w:after="150" w:afterAutospacing="0"/>
              <w:rPr>
                <w:color w:val="000000"/>
                <w:sz w:val="21"/>
                <w:szCs w:val="21"/>
              </w:rPr>
            </w:pPr>
            <w:r w:rsidRPr="00300729">
              <w:rPr>
                <w:color w:val="000000"/>
                <w:sz w:val="21"/>
                <w:szCs w:val="21"/>
              </w:rPr>
              <w:t>Боги и герои Древней Греции</w:t>
            </w:r>
          </w:p>
          <w:p w14:paraId="166BE8D1" w14:textId="77777777" w:rsidR="00757F1C" w:rsidRDefault="00757F1C" w:rsidP="00757F1C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CF6049" w14:textId="77777777" w:rsidR="00757F1C" w:rsidRDefault="00757F1C" w:rsidP="00757F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AD997F" w14:textId="77777777" w:rsidR="00757F1C" w:rsidRDefault="00757F1C" w:rsidP="00757F1C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E69A31" w14:textId="365B8C83" w:rsidR="00757F1C" w:rsidRPr="000A6D8A" w:rsidRDefault="000A6D8A" w:rsidP="00757F1C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B629B7" w14:textId="77777777" w:rsidR="00757F1C" w:rsidRDefault="00757F1C" w:rsidP="00757F1C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6AF1C6" w14:textId="683C8AFD" w:rsidR="00757F1C" w:rsidRDefault="001A4B33" w:rsidP="00757F1C">
            <w:r>
              <w:rPr>
                <w:lang w:val="ru-RU"/>
              </w:rPr>
              <w:t>Практическая работа</w:t>
            </w:r>
          </w:p>
        </w:tc>
      </w:tr>
      <w:tr w:rsidR="001A4B33" w14:paraId="449AFDF0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E5853B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3500C7" w14:textId="204ED816" w:rsidR="001A4B33" w:rsidRDefault="001A4B33" w:rsidP="001A4B33">
            <w:proofErr w:type="spellStart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Возникновение</w:t>
            </w:r>
            <w:proofErr w:type="spellEnd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полисов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6B8BB0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DABE05" w14:textId="77777777" w:rsidR="001A4B33" w:rsidRDefault="001A4B33" w:rsidP="001A4B33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B8B2E9" w14:textId="77777777" w:rsidR="001A4B33" w:rsidRDefault="001A4B33" w:rsidP="001A4B33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B48077" w14:textId="77777777" w:rsidR="001A4B33" w:rsidRDefault="001A4B33" w:rsidP="001A4B33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B13DC1" w14:textId="0E72D8BC" w:rsidR="001A4B33" w:rsidRDefault="001A4B33" w:rsidP="001A4B33">
            <w:r w:rsidRPr="00825521">
              <w:rPr>
                <w:lang w:val="ru-RU"/>
              </w:rPr>
              <w:t>Устный опрос</w:t>
            </w:r>
          </w:p>
        </w:tc>
      </w:tr>
      <w:tr w:rsidR="001A4B33" w14:paraId="74807371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0CBE73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F30896" w14:textId="0BC48568" w:rsidR="001A4B33" w:rsidRDefault="001A4B33" w:rsidP="001A4B33">
            <w:proofErr w:type="spellStart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Великая</w:t>
            </w:r>
            <w:proofErr w:type="spellEnd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греческая</w:t>
            </w:r>
            <w:proofErr w:type="spellEnd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колонизация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9D2EEC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1DD1B3" w14:textId="77777777" w:rsidR="001A4B33" w:rsidRDefault="001A4B33" w:rsidP="001A4B33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02A230" w14:textId="77777777" w:rsidR="001A4B33" w:rsidRDefault="001A4B33" w:rsidP="001A4B33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14BCF6" w14:textId="77777777" w:rsidR="001A4B33" w:rsidRDefault="001A4B33" w:rsidP="001A4B33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A22C0A" w14:textId="66F1500E" w:rsidR="001A4B33" w:rsidRDefault="001A4B33" w:rsidP="001A4B33">
            <w:r w:rsidRPr="00825521">
              <w:rPr>
                <w:lang w:val="ru-RU"/>
              </w:rPr>
              <w:t>Устный опрос</w:t>
            </w:r>
          </w:p>
        </w:tc>
      </w:tr>
      <w:tr w:rsidR="001A4B33" w14:paraId="5BCF07C9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D9A0F8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7C86BA" w14:textId="77777777" w:rsidR="001A4B33" w:rsidRPr="00300729" w:rsidRDefault="001A4B33" w:rsidP="001A4B33">
            <w:pPr>
              <w:pStyle w:val="aff8"/>
              <w:shd w:val="clear" w:color="auto" w:fill="FFFFFF"/>
              <w:spacing w:before="0" w:beforeAutospacing="0" w:after="150" w:afterAutospacing="0"/>
              <w:rPr>
                <w:color w:val="000000"/>
                <w:sz w:val="21"/>
                <w:szCs w:val="21"/>
              </w:rPr>
            </w:pPr>
            <w:r w:rsidRPr="00300729">
              <w:rPr>
                <w:color w:val="000000"/>
                <w:sz w:val="21"/>
                <w:szCs w:val="21"/>
              </w:rPr>
              <w:t>Возникновение демократии в Афинах</w:t>
            </w:r>
          </w:p>
          <w:p w14:paraId="7E015216" w14:textId="77777777" w:rsidR="001A4B33" w:rsidRDefault="001A4B33" w:rsidP="001A4B33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B709E9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03E31E" w14:textId="77777777" w:rsidR="001A4B33" w:rsidRDefault="001A4B33" w:rsidP="001A4B33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2CEDEF" w14:textId="77777777" w:rsidR="001A4B33" w:rsidRDefault="001A4B33" w:rsidP="001A4B33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B0C35D" w14:textId="77777777" w:rsidR="001A4B33" w:rsidRDefault="001A4B33" w:rsidP="001A4B33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43A2F3" w14:textId="529905EC" w:rsidR="001A4B33" w:rsidRDefault="001A4B33" w:rsidP="001A4B33">
            <w:r w:rsidRPr="00825521">
              <w:rPr>
                <w:lang w:val="ru-RU"/>
              </w:rPr>
              <w:t>Устный опрос</w:t>
            </w:r>
          </w:p>
        </w:tc>
      </w:tr>
      <w:tr w:rsidR="001A4B33" w14:paraId="2B00858A" w14:textId="77777777">
        <w:trPr>
          <w:trHeight w:hRule="exact" w:val="49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6A9D1C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1A1504" w14:textId="1B497785" w:rsidR="001A4B33" w:rsidRPr="00666F5C" w:rsidRDefault="001A4B33" w:rsidP="001A4B33">
            <w:pPr>
              <w:rPr>
                <w:lang w:val="ru-RU"/>
              </w:rPr>
            </w:pPr>
            <w:proofErr w:type="spellStart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Древняя</w:t>
            </w:r>
            <w:proofErr w:type="spellEnd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Спарта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A4E5C3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0F433A" w14:textId="77777777" w:rsidR="001A4B33" w:rsidRDefault="001A4B33" w:rsidP="001A4B33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92FCA9" w14:textId="77777777" w:rsidR="001A4B33" w:rsidRDefault="001A4B33" w:rsidP="001A4B33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F3AB26" w14:textId="77777777" w:rsidR="001A4B33" w:rsidRDefault="001A4B33" w:rsidP="001A4B33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F99CC8" w14:textId="53850A98" w:rsidR="001A4B33" w:rsidRDefault="001A4B33" w:rsidP="001A4B33">
            <w:r w:rsidRPr="00825521">
              <w:rPr>
                <w:lang w:val="ru-RU"/>
              </w:rPr>
              <w:t>Устный опрос</w:t>
            </w:r>
          </w:p>
        </w:tc>
      </w:tr>
      <w:tr w:rsidR="001A4B33" w14:paraId="34A52B7F" w14:textId="77777777">
        <w:trPr>
          <w:trHeight w:hRule="exact" w:val="49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0FD3A7" w14:textId="77777777" w:rsidR="001A4B33" w:rsidRDefault="001A4B33" w:rsidP="001A4B33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35.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37834F" w14:textId="6C7AFD02" w:rsidR="001A4B33" w:rsidRDefault="001A4B33" w:rsidP="001A4B33">
            <w:proofErr w:type="spellStart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Греко</w:t>
            </w:r>
            <w:proofErr w:type="spellEnd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- </w:t>
            </w:r>
            <w:proofErr w:type="spellStart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персидские</w:t>
            </w:r>
            <w:proofErr w:type="spellEnd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войны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B55F23" w14:textId="77777777" w:rsidR="001A4B33" w:rsidRDefault="001A4B33" w:rsidP="001A4B33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0FC211" w14:textId="77777777" w:rsidR="001A4B33" w:rsidRDefault="001A4B33" w:rsidP="001A4B33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94E5DC" w14:textId="77777777" w:rsidR="001A4B33" w:rsidRDefault="001A4B33" w:rsidP="001A4B33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430109" w14:textId="77777777" w:rsidR="001A4B33" w:rsidRDefault="001A4B33" w:rsidP="001A4B33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8BA77D" w14:textId="31F45D95" w:rsidR="001A4B33" w:rsidRDefault="001A4B33" w:rsidP="001A4B33">
            <w:r w:rsidRPr="00825521">
              <w:rPr>
                <w:lang w:val="ru-RU"/>
              </w:rPr>
              <w:t>Устный опрос</w:t>
            </w:r>
          </w:p>
        </w:tc>
      </w:tr>
      <w:tr w:rsidR="00757F1C" w14:paraId="31E986AD" w14:textId="77777777">
        <w:trPr>
          <w:trHeight w:hRule="exact" w:val="49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826CBF" w14:textId="77777777" w:rsidR="00757F1C" w:rsidRDefault="00757F1C" w:rsidP="00757F1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36.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92AB6A" w14:textId="454931CF" w:rsidR="00757F1C" w:rsidRDefault="00757F1C" w:rsidP="00757F1C">
            <w:proofErr w:type="spellStart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Расцвет</w:t>
            </w:r>
            <w:proofErr w:type="spellEnd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Афинского</w:t>
            </w:r>
            <w:proofErr w:type="spellEnd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государства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C6B4AF" w14:textId="77777777" w:rsidR="00757F1C" w:rsidRDefault="00757F1C" w:rsidP="00757F1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0E79BD" w14:textId="77777777" w:rsidR="00757F1C" w:rsidRDefault="00757F1C" w:rsidP="00757F1C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610B2D" w14:textId="712A5421" w:rsidR="00757F1C" w:rsidRPr="000A6D8A" w:rsidRDefault="000A6D8A" w:rsidP="00757F1C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F663B6" w14:textId="77777777" w:rsidR="00757F1C" w:rsidRDefault="00757F1C" w:rsidP="00757F1C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5C16F5" w14:textId="09B901FC" w:rsidR="00757F1C" w:rsidRDefault="001A4B33" w:rsidP="00757F1C">
            <w:r>
              <w:rPr>
                <w:lang w:val="ru-RU"/>
              </w:rPr>
              <w:t>Практическая работа</w:t>
            </w:r>
          </w:p>
        </w:tc>
      </w:tr>
      <w:tr w:rsidR="001A4B33" w14:paraId="53FE024E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E0743C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37.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08A43F" w14:textId="77777777" w:rsidR="001A4B33" w:rsidRPr="00300729" w:rsidRDefault="001A4B33" w:rsidP="001A4B33">
            <w:pPr>
              <w:pStyle w:val="aff8"/>
              <w:shd w:val="clear" w:color="auto" w:fill="FFFFFF"/>
              <w:spacing w:before="0" w:beforeAutospacing="0" w:after="150" w:afterAutospacing="0"/>
              <w:rPr>
                <w:color w:val="000000"/>
                <w:sz w:val="21"/>
                <w:szCs w:val="21"/>
              </w:rPr>
            </w:pPr>
            <w:r w:rsidRPr="00300729">
              <w:rPr>
                <w:color w:val="000000"/>
                <w:sz w:val="21"/>
                <w:szCs w:val="21"/>
              </w:rPr>
              <w:t>Хозяйственное развитие Греции</w:t>
            </w:r>
          </w:p>
          <w:p w14:paraId="7A91DAC0" w14:textId="77777777" w:rsidR="001A4B33" w:rsidRPr="00300729" w:rsidRDefault="001A4B33" w:rsidP="001A4B33">
            <w:pPr>
              <w:pStyle w:val="aff8"/>
              <w:shd w:val="clear" w:color="auto" w:fill="FFFFFF"/>
              <w:spacing w:before="0" w:beforeAutospacing="0" w:after="150" w:afterAutospacing="0"/>
              <w:rPr>
                <w:color w:val="000000"/>
                <w:sz w:val="21"/>
                <w:szCs w:val="21"/>
              </w:rPr>
            </w:pPr>
            <w:r w:rsidRPr="00300729">
              <w:rPr>
                <w:color w:val="000000"/>
                <w:sz w:val="21"/>
                <w:szCs w:val="21"/>
              </w:rPr>
              <w:t>в V веке до н.э.</w:t>
            </w:r>
          </w:p>
          <w:p w14:paraId="4BD81663" w14:textId="77777777" w:rsidR="001A4B33" w:rsidRPr="00757F1C" w:rsidRDefault="001A4B33" w:rsidP="001A4B33">
            <w:pPr>
              <w:rPr>
                <w:lang w:val="ru-RU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DF9FB8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FF21D3" w14:textId="77777777" w:rsidR="001A4B33" w:rsidRDefault="001A4B33" w:rsidP="001A4B33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C1562C" w14:textId="77777777" w:rsidR="001A4B33" w:rsidRDefault="001A4B33" w:rsidP="001A4B33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13AA81" w14:textId="77777777" w:rsidR="001A4B33" w:rsidRDefault="001A4B33" w:rsidP="001A4B33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80EC82" w14:textId="5780C6B6" w:rsidR="001A4B33" w:rsidRDefault="001A4B33" w:rsidP="001A4B33">
            <w:r w:rsidRPr="005600A6">
              <w:rPr>
                <w:lang w:val="ru-RU"/>
              </w:rPr>
              <w:t>Устный опрос</w:t>
            </w:r>
          </w:p>
        </w:tc>
      </w:tr>
      <w:tr w:rsidR="001A4B33" w14:paraId="5DA601F2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AB4453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38.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6903C4" w14:textId="3B69A436" w:rsidR="001A4B33" w:rsidRDefault="001A4B33" w:rsidP="001A4B33">
            <w:proofErr w:type="spellStart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Упадок</w:t>
            </w:r>
            <w:proofErr w:type="spellEnd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Эллады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C220FD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7858E3" w14:textId="77777777" w:rsidR="001A4B33" w:rsidRDefault="001A4B33" w:rsidP="001A4B33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F6C12C" w14:textId="77777777" w:rsidR="001A4B33" w:rsidRDefault="001A4B33" w:rsidP="001A4B33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5DA47B" w14:textId="77777777" w:rsidR="001A4B33" w:rsidRDefault="001A4B33" w:rsidP="001A4B33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7BC0F3" w14:textId="02540E1C" w:rsidR="001A4B33" w:rsidRDefault="001A4B33" w:rsidP="001A4B33">
            <w:r w:rsidRPr="005600A6">
              <w:rPr>
                <w:lang w:val="ru-RU"/>
              </w:rPr>
              <w:t>Устный опрос</w:t>
            </w:r>
          </w:p>
        </w:tc>
      </w:tr>
      <w:tr w:rsidR="008422FF" w14:paraId="75755EAF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A576B5" w14:textId="77777777" w:rsidR="008422FF" w:rsidRDefault="008422FF" w:rsidP="008422F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39.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C7D6C5" w14:textId="5ECD78CB" w:rsidR="008422FF" w:rsidRPr="008422FF" w:rsidRDefault="008422FF" w:rsidP="008422FF">
            <w:pPr>
              <w:rPr>
                <w:lang w:val="ru-RU"/>
              </w:rPr>
            </w:pPr>
            <w:r w:rsidRPr="00300729">
              <w:rPr>
                <w:rFonts w:ascii="Times New Roman" w:hAnsi="Times New Roman" w:cs="Times New Roman"/>
                <w:color w:val="000000"/>
                <w:lang w:val="ru-RU"/>
              </w:rPr>
              <w:t>Повторительно- обобщающий урок по теме «Греческие полисы»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87154F" w14:textId="77777777" w:rsidR="008422FF" w:rsidRDefault="008422FF" w:rsidP="008422F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497E6B" w14:textId="2EF1DC5D" w:rsidR="008422FF" w:rsidRPr="00F144E0" w:rsidRDefault="00F144E0" w:rsidP="008422FF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83BF7D" w14:textId="77777777" w:rsidR="008422FF" w:rsidRDefault="008422FF" w:rsidP="008422FF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55F88D" w14:textId="77777777" w:rsidR="008422FF" w:rsidRDefault="008422FF" w:rsidP="008422FF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2D0067" w14:textId="0F379306" w:rsidR="008422FF" w:rsidRDefault="001A4B33" w:rsidP="008422FF">
            <w:r>
              <w:rPr>
                <w:lang w:val="ru-RU"/>
              </w:rPr>
              <w:t>Контрольная работа</w:t>
            </w:r>
          </w:p>
        </w:tc>
      </w:tr>
      <w:tr w:rsidR="008422FF" w14:paraId="73A49150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BE55AA" w14:textId="77777777" w:rsidR="008422FF" w:rsidRDefault="008422FF" w:rsidP="008422F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40.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E9186C" w14:textId="0B9FEF6C" w:rsidR="008422FF" w:rsidRPr="008422FF" w:rsidRDefault="008422FF" w:rsidP="008422FF">
            <w:pPr>
              <w:rPr>
                <w:lang w:val="ru-RU"/>
              </w:rPr>
            </w:pPr>
            <w:r w:rsidRPr="00300729">
              <w:rPr>
                <w:rFonts w:ascii="Times New Roman" w:hAnsi="Times New Roman" w:cs="Times New Roman"/>
                <w:color w:val="000000"/>
                <w:lang w:val="ru-RU"/>
              </w:rPr>
              <w:t>Повторительно- обобщающий урок по теме «Греческие полисы»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5AD3E1" w14:textId="77777777" w:rsidR="008422FF" w:rsidRDefault="008422FF" w:rsidP="008422F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7F471E" w14:textId="77777777" w:rsidR="008422FF" w:rsidRDefault="008422FF" w:rsidP="008422F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D7FE6D" w14:textId="7FEA6E52" w:rsidR="008422FF" w:rsidRPr="000A6D8A" w:rsidRDefault="000A6D8A" w:rsidP="008422FF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485BBD" w14:textId="77777777" w:rsidR="008422FF" w:rsidRDefault="008422FF" w:rsidP="008422FF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F427B8" w14:textId="198DE76F" w:rsidR="008422FF" w:rsidRDefault="001A4B33" w:rsidP="008422FF">
            <w:r>
              <w:rPr>
                <w:lang w:val="ru-RU"/>
              </w:rPr>
              <w:t>Практическая работа</w:t>
            </w:r>
          </w:p>
        </w:tc>
      </w:tr>
      <w:tr w:rsidR="001A4B33" w14:paraId="599D44D2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67913E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41.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B0B663" w14:textId="77777777" w:rsidR="001A4B33" w:rsidRPr="00300729" w:rsidRDefault="001A4B33" w:rsidP="001A4B33">
            <w:pPr>
              <w:pStyle w:val="aff8"/>
              <w:shd w:val="clear" w:color="auto" w:fill="FFFFFF"/>
              <w:spacing w:before="0" w:beforeAutospacing="0" w:after="150" w:afterAutospacing="0"/>
              <w:rPr>
                <w:color w:val="000000"/>
                <w:sz w:val="21"/>
                <w:szCs w:val="21"/>
              </w:rPr>
            </w:pPr>
            <w:r w:rsidRPr="00300729">
              <w:rPr>
                <w:color w:val="000000"/>
                <w:sz w:val="21"/>
                <w:szCs w:val="21"/>
              </w:rPr>
              <w:t>Образование и наука в Древней Греции</w:t>
            </w:r>
          </w:p>
          <w:p w14:paraId="1F3BAFA6" w14:textId="77777777" w:rsidR="001A4B33" w:rsidRPr="008422FF" w:rsidRDefault="001A4B33" w:rsidP="001A4B33">
            <w:pPr>
              <w:rPr>
                <w:lang w:val="ru-RU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CE28A7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FA7519" w14:textId="77777777" w:rsidR="001A4B33" w:rsidRDefault="001A4B33" w:rsidP="001A4B33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6AFF2C" w14:textId="77777777" w:rsidR="001A4B33" w:rsidRDefault="001A4B33" w:rsidP="001A4B33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CC1294" w14:textId="77777777" w:rsidR="001A4B33" w:rsidRDefault="001A4B33" w:rsidP="001A4B33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F17834" w14:textId="7F4C359B" w:rsidR="001A4B33" w:rsidRDefault="001A4B33" w:rsidP="001A4B33">
            <w:r w:rsidRPr="00401A65">
              <w:rPr>
                <w:lang w:val="ru-RU"/>
              </w:rPr>
              <w:t>Устный опрос</w:t>
            </w:r>
          </w:p>
        </w:tc>
      </w:tr>
      <w:tr w:rsidR="001A4B33" w14:paraId="748067A6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6615A4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42.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58F6E4" w14:textId="4351B7A0" w:rsidR="001A4B33" w:rsidRDefault="001A4B33" w:rsidP="001A4B33">
            <w:proofErr w:type="spellStart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Древнегреческое</w:t>
            </w:r>
            <w:proofErr w:type="spellEnd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искусство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045928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DD07AE" w14:textId="77777777" w:rsidR="001A4B33" w:rsidRDefault="001A4B33" w:rsidP="001A4B33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7C883D" w14:textId="77777777" w:rsidR="001A4B33" w:rsidRDefault="001A4B33" w:rsidP="001A4B33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834077" w14:textId="77777777" w:rsidR="001A4B33" w:rsidRDefault="001A4B33" w:rsidP="001A4B33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4CC077" w14:textId="29B17957" w:rsidR="001A4B33" w:rsidRDefault="001A4B33" w:rsidP="001A4B33">
            <w:r w:rsidRPr="00401A65">
              <w:rPr>
                <w:lang w:val="ru-RU"/>
              </w:rPr>
              <w:t>Устный опрос</w:t>
            </w:r>
          </w:p>
        </w:tc>
      </w:tr>
      <w:tr w:rsidR="008422FF" w14:paraId="3357F3D2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154403" w14:textId="77777777" w:rsidR="008422FF" w:rsidRDefault="008422FF" w:rsidP="008422F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43.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DF18E8" w14:textId="30FE4FCA" w:rsidR="008422FF" w:rsidRDefault="008422FF" w:rsidP="008422FF">
            <w:proofErr w:type="spellStart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Олимпийские</w:t>
            </w:r>
            <w:proofErr w:type="spellEnd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игры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CB52D4" w14:textId="77777777" w:rsidR="008422FF" w:rsidRDefault="008422FF" w:rsidP="008422F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353A9F" w14:textId="77777777" w:rsidR="008422FF" w:rsidRDefault="008422FF" w:rsidP="008422F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16DB07" w14:textId="5F973533" w:rsidR="008422FF" w:rsidRPr="000A6D8A" w:rsidRDefault="000A6D8A" w:rsidP="008422FF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DD5948" w14:textId="77777777" w:rsidR="008422FF" w:rsidRDefault="008422FF" w:rsidP="008422FF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B712C5" w14:textId="02BE343D" w:rsidR="008422FF" w:rsidRDefault="001A4B33" w:rsidP="008422FF">
            <w:r>
              <w:rPr>
                <w:lang w:val="ru-RU"/>
              </w:rPr>
              <w:t>Практическая работа</w:t>
            </w:r>
          </w:p>
        </w:tc>
      </w:tr>
      <w:tr w:rsidR="001A4B33" w14:paraId="5CDD14BA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319A7A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44.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001656" w14:textId="2747C9FB" w:rsidR="001A4B33" w:rsidRDefault="001A4B33" w:rsidP="001A4B33">
            <w:proofErr w:type="spellStart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Возвышение</w:t>
            </w:r>
            <w:proofErr w:type="spellEnd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Македонии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6596D2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57A4E5" w14:textId="77777777" w:rsidR="001A4B33" w:rsidRDefault="001A4B33" w:rsidP="001A4B33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5DBE48" w14:textId="77777777" w:rsidR="001A4B33" w:rsidRDefault="001A4B33" w:rsidP="001A4B33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59A8E0" w14:textId="77777777" w:rsidR="001A4B33" w:rsidRDefault="001A4B33" w:rsidP="001A4B33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B04F3F" w14:textId="64C0F2B2" w:rsidR="001A4B33" w:rsidRDefault="001A4B33" w:rsidP="001A4B33">
            <w:r w:rsidRPr="0003532B">
              <w:rPr>
                <w:lang w:val="ru-RU"/>
              </w:rPr>
              <w:t>Устный опрос</w:t>
            </w:r>
          </w:p>
        </w:tc>
      </w:tr>
      <w:tr w:rsidR="001A4B33" w14:paraId="3E2CDA69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71128A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45.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1C749C" w14:textId="77777777" w:rsidR="001A4B33" w:rsidRPr="00300729" w:rsidRDefault="001A4B33" w:rsidP="001A4B33">
            <w:pPr>
              <w:pStyle w:val="aff8"/>
              <w:shd w:val="clear" w:color="auto" w:fill="FFFFFF"/>
              <w:spacing w:before="0" w:beforeAutospacing="0" w:after="150" w:afterAutospacing="0"/>
              <w:rPr>
                <w:color w:val="000000"/>
                <w:sz w:val="21"/>
                <w:szCs w:val="21"/>
              </w:rPr>
            </w:pPr>
            <w:r w:rsidRPr="00300729">
              <w:rPr>
                <w:color w:val="000000"/>
                <w:sz w:val="21"/>
                <w:szCs w:val="21"/>
              </w:rPr>
              <w:t>Завоевания Александра Македонского</w:t>
            </w:r>
          </w:p>
          <w:p w14:paraId="14E11259" w14:textId="77777777" w:rsidR="001A4B33" w:rsidRDefault="001A4B33" w:rsidP="001A4B33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89AE7C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F78FD5" w14:textId="77777777" w:rsidR="001A4B33" w:rsidRDefault="001A4B33" w:rsidP="001A4B33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55AE7B" w14:textId="77777777" w:rsidR="001A4B33" w:rsidRDefault="001A4B33" w:rsidP="001A4B33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135ED3" w14:textId="77777777" w:rsidR="001A4B33" w:rsidRDefault="001A4B33" w:rsidP="001A4B33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29C30E" w14:textId="592B8B2D" w:rsidR="001A4B33" w:rsidRDefault="001A4B33" w:rsidP="001A4B33">
            <w:r w:rsidRPr="0003532B">
              <w:rPr>
                <w:lang w:val="ru-RU"/>
              </w:rPr>
              <w:t>Устный опрос</w:t>
            </w:r>
          </w:p>
        </w:tc>
      </w:tr>
      <w:tr w:rsidR="001A4B33" w14:paraId="28D315DF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C3BE51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46.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B230A8" w14:textId="77777777" w:rsidR="001A4B33" w:rsidRPr="00300729" w:rsidRDefault="001A4B33" w:rsidP="001A4B33">
            <w:pPr>
              <w:pStyle w:val="aff8"/>
              <w:shd w:val="clear" w:color="auto" w:fill="FFFFFF"/>
              <w:spacing w:before="0" w:beforeAutospacing="0" w:after="150" w:afterAutospacing="0"/>
              <w:rPr>
                <w:color w:val="000000"/>
                <w:sz w:val="21"/>
                <w:szCs w:val="21"/>
              </w:rPr>
            </w:pPr>
            <w:r w:rsidRPr="00300729">
              <w:rPr>
                <w:color w:val="000000"/>
                <w:sz w:val="21"/>
                <w:szCs w:val="21"/>
              </w:rPr>
              <w:t>Повторительно- обобщающий урок по теме «Древняя Греция»</w:t>
            </w:r>
          </w:p>
          <w:p w14:paraId="456910E7" w14:textId="77777777" w:rsidR="001A4B33" w:rsidRPr="008422FF" w:rsidRDefault="001A4B33" w:rsidP="001A4B33">
            <w:pPr>
              <w:rPr>
                <w:lang w:val="ru-RU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BA41D6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7C995E" w14:textId="0F9FB87A" w:rsidR="001A4B33" w:rsidRPr="00F144E0" w:rsidRDefault="001A4B33" w:rsidP="001A4B33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1470D4" w14:textId="77777777" w:rsidR="001A4B33" w:rsidRDefault="001A4B33" w:rsidP="001A4B33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39725F" w14:textId="77777777" w:rsidR="001A4B33" w:rsidRDefault="001A4B33" w:rsidP="001A4B33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E57C02" w14:textId="7687287E" w:rsidR="001A4B33" w:rsidRDefault="001A4B33" w:rsidP="001A4B33">
            <w:r w:rsidRPr="0003532B">
              <w:rPr>
                <w:lang w:val="ru-RU"/>
              </w:rPr>
              <w:t>Устный опрос</w:t>
            </w:r>
          </w:p>
        </w:tc>
      </w:tr>
      <w:tr w:rsidR="001A4B33" w14:paraId="7DF51D1E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FAC7E1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47.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016869" w14:textId="77777777" w:rsidR="001A4B33" w:rsidRPr="00300729" w:rsidRDefault="001A4B33" w:rsidP="001A4B33">
            <w:pPr>
              <w:pStyle w:val="aff8"/>
              <w:shd w:val="clear" w:color="auto" w:fill="FFFFFF"/>
              <w:spacing w:before="0" w:beforeAutospacing="0" w:after="150" w:afterAutospacing="0"/>
              <w:rPr>
                <w:color w:val="000000"/>
                <w:sz w:val="21"/>
                <w:szCs w:val="21"/>
              </w:rPr>
            </w:pPr>
            <w:r w:rsidRPr="00300729">
              <w:rPr>
                <w:color w:val="000000"/>
                <w:sz w:val="21"/>
                <w:szCs w:val="21"/>
              </w:rPr>
              <w:t>Начало римской истории</w:t>
            </w:r>
          </w:p>
          <w:p w14:paraId="63D2E198" w14:textId="77777777" w:rsidR="001A4B33" w:rsidRDefault="001A4B33" w:rsidP="001A4B33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2582C6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16B7C1" w14:textId="77777777" w:rsidR="001A4B33" w:rsidRDefault="001A4B33" w:rsidP="001A4B33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942814" w14:textId="77777777" w:rsidR="001A4B33" w:rsidRDefault="001A4B33" w:rsidP="001A4B33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D24D3F" w14:textId="77777777" w:rsidR="001A4B33" w:rsidRDefault="001A4B33" w:rsidP="001A4B33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EA5CC1" w14:textId="3A29603C" w:rsidR="001A4B33" w:rsidRDefault="001A4B33" w:rsidP="001A4B33">
            <w:r w:rsidRPr="0003532B">
              <w:rPr>
                <w:lang w:val="ru-RU"/>
              </w:rPr>
              <w:t>Устный опрос</w:t>
            </w:r>
          </w:p>
        </w:tc>
      </w:tr>
      <w:tr w:rsidR="001A4B33" w14:paraId="7FC9FB73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6B1344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48.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CEEBDA" w14:textId="5B61C921" w:rsidR="001A4B33" w:rsidRDefault="001A4B33" w:rsidP="001A4B33">
            <w:proofErr w:type="spellStart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Республика</w:t>
            </w:r>
            <w:proofErr w:type="spellEnd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римских</w:t>
            </w:r>
            <w:proofErr w:type="spellEnd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граждан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3ABCFF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716253" w14:textId="77777777" w:rsidR="001A4B33" w:rsidRDefault="001A4B33" w:rsidP="001A4B33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D5BBE7" w14:textId="77777777" w:rsidR="001A4B33" w:rsidRDefault="001A4B33" w:rsidP="001A4B33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967E22" w14:textId="77777777" w:rsidR="001A4B33" w:rsidRDefault="001A4B33" w:rsidP="001A4B33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71E0CD" w14:textId="605DBE61" w:rsidR="001A4B33" w:rsidRDefault="001A4B33" w:rsidP="001A4B33">
            <w:r w:rsidRPr="0003532B">
              <w:rPr>
                <w:lang w:val="ru-RU"/>
              </w:rPr>
              <w:t>Устный опрос</w:t>
            </w:r>
          </w:p>
        </w:tc>
      </w:tr>
      <w:tr w:rsidR="001A4B33" w14:paraId="2D7D3219" w14:textId="77777777">
        <w:trPr>
          <w:trHeight w:hRule="exact" w:val="49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C068F6" w14:textId="77777777" w:rsidR="001A4B33" w:rsidRDefault="001A4B33" w:rsidP="001A4B33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49.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875459" w14:textId="516DEBE0" w:rsidR="001A4B33" w:rsidRDefault="001A4B33" w:rsidP="001A4B33">
            <w:proofErr w:type="spellStart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Завоевание</w:t>
            </w:r>
            <w:proofErr w:type="spellEnd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Римом</w:t>
            </w:r>
            <w:proofErr w:type="spellEnd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Италии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BBAFE8" w14:textId="77777777" w:rsidR="001A4B33" w:rsidRDefault="001A4B33" w:rsidP="001A4B33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580C08" w14:textId="77777777" w:rsidR="001A4B33" w:rsidRDefault="001A4B33" w:rsidP="001A4B33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D263F2" w14:textId="77777777" w:rsidR="001A4B33" w:rsidRDefault="001A4B33" w:rsidP="001A4B33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514156" w14:textId="77777777" w:rsidR="001A4B33" w:rsidRDefault="001A4B33" w:rsidP="001A4B33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4454FC" w14:textId="075D6E40" w:rsidR="001A4B33" w:rsidRDefault="001A4B33" w:rsidP="001A4B33">
            <w:r w:rsidRPr="0003532B">
              <w:rPr>
                <w:lang w:val="ru-RU"/>
              </w:rPr>
              <w:t>Устный опрос</w:t>
            </w:r>
          </w:p>
        </w:tc>
      </w:tr>
      <w:tr w:rsidR="001A4B33" w14:paraId="6F3F7899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F7A7CC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50.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FED801" w14:textId="77777777" w:rsidR="001A4B33" w:rsidRPr="00300729" w:rsidRDefault="001A4B33" w:rsidP="001A4B33">
            <w:pPr>
              <w:pStyle w:val="aff8"/>
              <w:shd w:val="clear" w:color="auto" w:fill="FFFFFF"/>
              <w:spacing w:before="0" w:beforeAutospacing="0" w:after="150" w:afterAutospacing="0"/>
              <w:rPr>
                <w:color w:val="000000"/>
                <w:sz w:val="21"/>
                <w:szCs w:val="21"/>
              </w:rPr>
            </w:pPr>
            <w:r w:rsidRPr="00300729">
              <w:rPr>
                <w:color w:val="000000"/>
                <w:sz w:val="21"/>
                <w:szCs w:val="21"/>
              </w:rPr>
              <w:t xml:space="preserve">Первая война с Карфагеном. </w:t>
            </w:r>
            <w:r w:rsidRPr="00300729">
              <w:rPr>
                <w:color w:val="000000"/>
                <w:sz w:val="21"/>
                <w:szCs w:val="21"/>
                <w:shd w:val="clear" w:color="auto" w:fill="FFFFFF"/>
              </w:rPr>
              <w:t>Рим — завоеватель Средиземноморья</w:t>
            </w:r>
          </w:p>
          <w:p w14:paraId="55ED1839" w14:textId="77777777" w:rsidR="001A4B33" w:rsidRPr="008422FF" w:rsidRDefault="001A4B33" w:rsidP="001A4B33">
            <w:pPr>
              <w:rPr>
                <w:lang w:val="ru-RU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C717C1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E700D0" w14:textId="77777777" w:rsidR="001A4B33" w:rsidRDefault="001A4B33" w:rsidP="001A4B33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16D9CB" w14:textId="77777777" w:rsidR="001A4B33" w:rsidRDefault="001A4B33" w:rsidP="001A4B33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AE1D5C" w14:textId="77777777" w:rsidR="001A4B33" w:rsidRDefault="001A4B33" w:rsidP="001A4B33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A91962" w14:textId="265B4D04" w:rsidR="001A4B33" w:rsidRDefault="001A4B33" w:rsidP="001A4B33">
            <w:r w:rsidRPr="0003532B">
              <w:rPr>
                <w:lang w:val="ru-RU"/>
              </w:rPr>
              <w:t>Устный опрос</w:t>
            </w:r>
          </w:p>
        </w:tc>
      </w:tr>
      <w:tr w:rsidR="008422FF" w14:paraId="0B3F74A7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028808" w14:textId="77777777" w:rsidR="008422FF" w:rsidRDefault="008422FF" w:rsidP="008422F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51.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297DE4" w14:textId="4BB159DB" w:rsidR="008422FF" w:rsidRDefault="008422FF" w:rsidP="008422FF">
            <w:proofErr w:type="spellStart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Рим</w:t>
            </w:r>
            <w:proofErr w:type="spellEnd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— </w:t>
            </w:r>
            <w:proofErr w:type="spellStart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завоеватель</w:t>
            </w:r>
            <w:proofErr w:type="spellEnd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Средиземноморья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CF455C" w14:textId="77777777" w:rsidR="008422FF" w:rsidRDefault="008422FF" w:rsidP="008422F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A49060" w14:textId="77777777" w:rsidR="008422FF" w:rsidRDefault="008422FF" w:rsidP="008422F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435DF6" w14:textId="46E0D7A5" w:rsidR="008422FF" w:rsidRPr="000A6D8A" w:rsidRDefault="000A6D8A" w:rsidP="008422FF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786ADA" w14:textId="77777777" w:rsidR="008422FF" w:rsidRDefault="008422FF" w:rsidP="008422FF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A807C9" w14:textId="55E6B63D" w:rsidR="008422FF" w:rsidRDefault="001A4B33" w:rsidP="008422FF">
            <w:r>
              <w:rPr>
                <w:lang w:val="ru-RU"/>
              </w:rPr>
              <w:t>Практическая работа</w:t>
            </w:r>
          </w:p>
        </w:tc>
      </w:tr>
      <w:tr w:rsidR="001A4B33" w14:paraId="4215D891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6ADAD9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52.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D108F0" w14:textId="77777777" w:rsidR="001A4B33" w:rsidRPr="00300729" w:rsidRDefault="001A4B33" w:rsidP="001A4B33">
            <w:pPr>
              <w:pStyle w:val="aff8"/>
              <w:shd w:val="clear" w:color="auto" w:fill="FFFFFF"/>
              <w:spacing w:before="0" w:beforeAutospacing="0" w:after="150" w:afterAutospacing="0"/>
              <w:rPr>
                <w:color w:val="000000"/>
                <w:sz w:val="21"/>
                <w:szCs w:val="21"/>
              </w:rPr>
            </w:pPr>
            <w:r w:rsidRPr="00300729">
              <w:rPr>
                <w:color w:val="000000"/>
                <w:sz w:val="21"/>
                <w:szCs w:val="21"/>
              </w:rPr>
              <w:t>Народные трибуны — братья Гракхи</w:t>
            </w:r>
          </w:p>
          <w:p w14:paraId="4A5A88CE" w14:textId="77777777" w:rsidR="001A4B33" w:rsidRDefault="001A4B33" w:rsidP="001A4B33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3F15BD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31B167" w14:textId="77777777" w:rsidR="001A4B33" w:rsidRDefault="001A4B33" w:rsidP="001A4B33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6F89AA" w14:textId="77777777" w:rsidR="001A4B33" w:rsidRDefault="001A4B33" w:rsidP="001A4B33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014961" w14:textId="77777777" w:rsidR="001A4B33" w:rsidRDefault="001A4B33" w:rsidP="001A4B33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68C337" w14:textId="46CE71CA" w:rsidR="001A4B33" w:rsidRDefault="001A4B33" w:rsidP="001A4B33">
            <w:r w:rsidRPr="00B84B28">
              <w:rPr>
                <w:lang w:val="ru-RU"/>
              </w:rPr>
              <w:t>Устный опрос</w:t>
            </w:r>
          </w:p>
        </w:tc>
      </w:tr>
      <w:tr w:rsidR="001A4B33" w14:paraId="30928C8A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22065F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53.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5B403B" w14:textId="0750D774" w:rsidR="001A4B33" w:rsidRPr="008422FF" w:rsidRDefault="001A4B33" w:rsidP="001A4B33">
            <w:pPr>
              <w:rPr>
                <w:lang w:val="ru-RU"/>
              </w:rPr>
            </w:pPr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  <w:lang w:val="ru-RU"/>
              </w:rPr>
              <w:t>Сулла — первый военный диктатор Рима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BBE97C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F8E98E" w14:textId="77777777" w:rsidR="001A4B33" w:rsidRDefault="001A4B33" w:rsidP="001A4B33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24A635" w14:textId="77777777" w:rsidR="001A4B33" w:rsidRDefault="001A4B33" w:rsidP="001A4B33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090CE2" w14:textId="77777777" w:rsidR="001A4B33" w:rsidRDefault="001A4B33" w:rsidP="001A4B33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3FF47A" w14:textId="78F03356" w:rsidR="001A4B33" w:rsidRDefault="001A4B33" w:rsidP="001A4B33">
            <w:r w:rsidRPr="00B84B28">
              <w:rPr>
                <w:lang w:val="ru-RU"/>
              </w:rPr>
              <w:t>Устный опрос</w:t>
            </w:r>
          </w:p>
        </w:tc>
      </w:tr>
      <w:tr w:rsidR="001A4B33" w14:paraId="436F86CB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266806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54.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716088" w14:textId="43661EC9" w:rsidR="001A4B33" w:rsidRDefault="001A4B33" w:rsidP="001A4B33">
            <w:proofErr w:type="spellStart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Восстание</w:t>
            </w:r>
            <w:proofErr w:type="spellEnd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Спартака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911DA5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2B18E2" w14:textId="77777777" w:rsidR="001A4B33" w:rsidRDefault="001A4B33" w:rsidP="001A4B33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667D0E" w14:textId="77777777" w:rsidR="001A4B33" w:rsidRDefault="001A4B33" w:rsidP="001A4B33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D84B96" w14:textId="77777777" w:rsidR="001A4B33" w:rsidRDefault="001A4B33" w:rsidP="001A4B33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D8C0F7" w14:textId="31EE6C18" w:rsidR="001A4B33" w:rsidRDefault="001A4B33" w:rsidP="001A4B33">
            <w:r w:rsidRPr="00B84B28">
              <w:rPr>
                <w:lang w:val="ru-RU"/>
              </w:rPr>
              <w:t>Устный опрос</w:t>
            </w:r>
          </w:p>
        </w:tc>
      </w:tr>
      <w:tr w:rsidR="001A4B33" w14:paraId="0BA40AA7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92E307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55.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1C4FBF" w14:textId="4E2B6D3C" w:rsidR="001A4B33" w:rsidRDefault="001A4B33" w:rsidP="001A4B33">
            <w:proofErr w:type="spellStart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Цезарь</w:t>
            </w:r>
            <w:proofErr w:type="spellEnd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— </w:t>
            </w:r>
            <w:proofErr w:type="spellStart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повелитель</w:t>
            </w:r>
            <w:proofErr w:type="spellEnd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Рима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2C21D0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19F0B7" w14:textId="77777777" w:rsidR="001A4B33" w:rsidRDefault="001A4B33" w:rsidP="001A4B33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34999C" w14:textId="77777777" w:rsidR="001A4B33" w:rsidRDefault="001A4B33" w:rsidP="001A4B33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F5DC8C" w14:textId="77777777" w:rsidR="001A4B33" w:rsidRDefault="001A4B33" w:rsidP="001A4B33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1ACFD5" w14:textId="22B5A651" w:rsidR="001A4B33" w:rsidRDefault="001A4B33" w:rsidP="001A4B33">
            <w:r w:rsidRPr="00B84B28">
              <w:rPr>
                <w:lang w:val="ru-RU"/>
              </w:rPr>
              <w:t>Устный опрос</w:t>
            </w:r>
          </w:p>
        </w:tc>
      </w:tr>
      <w:tr w:rsidR="001A4B33" w14:paraId="1655F1E9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396E34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56.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4589F2" w14:textId="730A658B" w:rsidR="001A4B33" w:rsidRDefault="001A4B33" w:rsidP="001A4B33">
            <w:proofErr w:type="spellStart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Падение</w:t>
            </w:r>
            <w:proofErr w:type="spellEnd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республики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C9E694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9F7130" w14:textId="77777777" w:rsidR="001A4B33" w:rsidRDefault="001A4B33" w:rsidP="001A4B33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C62BD6" w14:textId="77777777" w:rsidR="001A4B33" w:rsidRDefault="001A4B33" w:rsidP="001A4B33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8C6BB5" w14:textId="77777777" w:rsidR="001A4B33" w:rsidRDefault="001A4B33" w:rsidP="001A4B33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0CFD16" w14:textId="2DBA43D9" w:rsidR="001A4B33" w:rsidRDefault="001A4B33" w:rsidP="001A4B33">
            <w:r w:rsidRPr="00B84B28">
              <w:rPr>
                <w:lang w:val="ru-RU"/>
              </w:rPr>
              <w:t>Устный опрос</w:t>
            </w:r>
          </w:p>
        </w:tc>
      </w:tr>
      <w:tr w:rsidR="001A4B33" w14:paraId="160E9554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2E44F8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57.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18C951" w14:textId="70E68206" w:rsidR="001A4B33" w:rsidRDefault="001A4B33" w:rsidP="001A4B33">
            <w:proofErr w:type="spellStart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Император</w:t>
            </w:r>
            <w:proofErr w:type="spellEnd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Октавиан </w:t>
            </w:r>
            <w:proofErr w:type="spellStart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Август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EFFF91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2C4108" w14:textId="77777777" w:rsidR="001A4B33" w:rsidRDefault="001A4B33" w:rsidP="001A4B33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C7A434" w14:textId="77777777" w:rsidR="001A4B33" w:rsidRDefault="001A4B33" w:rsidP="001A4B33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F31FA1" w14:textId="77777777" w:rsidR="001A4B33" w:rsidRDefault="001A4B33" w:rsidP="001A4B33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113AEF" w14:textId="5DC9AE2D" w:rsidR="001A4B33" w:rsidRDefault="001A4B33" w:rsidP="001A4B33">
            <w:r w:rsidRPr="00B84B28">
              <w:rPr>
                <w:lang w:val="ru-RU"/>
              </w:rPr>
              <w:t>Устный опрос</w:t>
            </w:r>
          </w:p>
        </w:tc>
      </w:tr>
      <w:tr w:rsidR="00FC0519" w14:paraId="7D02BF0C" w14:textId="77777777">
        <w:trPr>
          <w:trHeight w:hRule="exact" w:val="47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837B53" w14:textId="77777777" w:rsidR="00FC0519" w:rsidRDefault="00FC0519" w:rsidP="00FC051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58.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1F07C0" w14:textId="56171C2F" w:rsidR="00FC0519" w:rsidRDefault="00FC0519" w:rsidP="00FC0519">
            <w:proofErr w:type="spellStart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Цезари</w:t>
            </w:r>
            <w:proofErr w:type="spellEnd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Рима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794077" w14:textId="77777777" w:rsidR="00FC0519" w:rsidRDefault="00FC0519" w:rsidP="00FC051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AB0ED7" w14:textId="77777777" w:rsidR="00FC0519" w:rsidRDefault="00FC0519" w:rsidP="00FC0519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652075" w14:textId="3ABDA0EB" w:rsidR="00FC0519" w:rsidRPr="000A6D8A" w:rsidRDefault="000A6D8A" w:rsidP="00FC0519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9ACD85" w14:textId="77777777" w:rsidR="00FC0519" w:rsidRDefault="00FC0519" w:rsidP="00FC0519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CB36D1" w14:textId="620FF411" w:rsidR="00FC0519" w:rsidRDefault="001A4B33" w:rsidP="00FC0519">
            <w:r>
              <w:rPr>
                <w:lang w:val="ru-RU"/>
              </w:rPr>
              <w:t>Контрольная работа</w:t>
            </w:r>
          </w:p>
        </w:tc>
      </w:tr>
    </w:tbl>
    <w:p w14:paraId="6D68285E" w14:textId="77777777" w:rsidR="00F70C7D" w:rsidRDefault="00F70C7D">
      <w:pPr>
        <w:autoSpaceDE w:val="0"/>
        <w:autoSpaceDN w:val="0"/>
        <w:spacing w:after="0" w:line="14" w:lineRule="exact"/>
      </w:pPr>
    </w:p>
    <w:p w14:paraId="4FE18579" w14:textId="77777777" w:rsidR="00F70C7D" w:rsidRDefault="00F70C7D">
      <w:pPr>
        <w:sectPr w:rsidR="00F70C7D">
          <w:pgSz w:w="11900" w:h="16840"/>
          <w:pgMar w:top="284" w:right="650" w:bottom="50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19CA5F62" w14:textId="77777777" w:rsidR="00F70C7D" w:rsidRDefault="00F70C7D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960"/>
        <w:gridCol w:w="2726"/>
        <w:gridCol w:w="732"/>
        <w:gridCol w:w="1620"/>
        <w:gridCol w:w="1668"/>
        <w:gridCol w:w="1164"/>
        <w:gridCol w:w="1682"/>
      </w:tblGrid>
      <w:tr w:rsidR="001A4B33" w14:paraId="5B4DDE87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B9DFB6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59.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02BF9D" w14:textId="77777777" w:rsidR="001A4B33" w:rsidRPr="00300729" w:rsidRDefault="001A4B33" w:rsidP="001A4B33">
            <w:pPr>
              <w:pStyle w:val="aff8"/>
              <w:shd w:val="clear" w:color="auto" w:fill="FFFFFF"/>
              <w:spacing w:before="0" w:beforeAutospacing="0" w:after="150" w:afterAutospacing="0"/>
              <w:rPr>
                <w:color w:val="000000"/>
                <w:sz w:val="21"/>
                <w:szCs w:val="21"/>
              </w:rPr>
            </w:pPr>
            <w:r w:rsidRPr="00300729">
              <w:rPr>
                <w:color w:val="000000"/>
                <w:sz w:val="21"/>
                <w:szCs w:val="21"/>
              </w:rPr>
              <w:t>Жизнь в Римской империи</w:t>
            </w:r>
          </w:p>
          <w:p w14:paraId="0CC809EF" w14:textId="77777777" w:rsidR="001A4B33" w:rsidRDefault="001A4B33" w:rsidP="001A4B33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31CDDE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B3B8C2" w14:textId="77777777" w:rsidR="001A4B33" w:rsidRDefault="001A4B33" w:rsidP="001A4B33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C3AEBC" w14:textId="77777777" w:rsidR="001A4B33" w:rsidRDefault="001A4B33" w:rsidP="001A4B33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134E58" w14:textId="77777777" w:rsidR="001A4B33" w:rsidRDefault="001A4B33" w:rsidP="001A4B33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B15D1D" w14:textId="507598C6" w:rsidR="001A4B33" w:rsidRDefault="001A4B33" w:rsidP="001A4B33">
            <w:r w:rsidRPr="00006EC4">
              <w:rPr>
                <w:lang w:val="ru-RU"/>
              </w:rPr>
              <w:t>Устный опрос</w:t>
            </w:r>
          </w:p>
        </w:tc>
      </w:tr>
      <w:tr w:rsidR="001A4B33" w14:paraId="06D95AA4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5EB556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60.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5F8B58" w14:textId="1C7DEE10" w:rsidR="001A4B33" w:rsidRPr="006D1371" w:rsidRDefault="001A4B33" w:rsidP="001A4B33">
            <w:pPr>
              <w:rPr>
                <w:lang w:val="ru-RU"/>
              </w:rPr>
            </w:pPr>
            <w:r w:rsidRPr="006D1371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  <w:lang w:val="ru-RU"/>
              </w:rPr>
              <w:t xml:space="preserve">Кризис Римской империи в </w:t>
            </w:r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III</w:t>
            </w:r>
            <w:r w:rsidRPr="006D1371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  <w:lang w:val="ru-RU"/>
              </w:rPr>
              <w:t xml:space="preserve"> веке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718669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3E4303" w14:textId="77777777" w:rsidR="001A4B33" w:rsidRDefault="001A4B33" w:rsidP="001A4B33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9D8DE7" w14:textId="77777777" w:rsidR="001A4B33" w:rsidRDefault="001A4B33" w:rsidP="001A4B33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599927" w14:textId="77777777" w:rsidR="001A4B33" w:rsidRDefault="001A4B33" w:rsidP="001A4B33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555CE4" w14:textId="4A72BE4B" w:rsidR="001A4B33" w:rsidRDefault="001A4B33" w:rsidP="001A4B33">
            <w:r w:rsidRPr="00006EC4">
              <w:rPr>
                <w:lang w:val="ru-RU"/>
              </w:rPr>
              <w:t>Устный опрос</w:t>
            </w:r>
          </w:p>
        </w:tc>
      </w:tr>
      <w:tr w:rsidR="001A4B33" w14:paraId="18D28EE9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7707D0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61.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73A649" w14:textId="26229163" w:rsidR="001A4B33" w:rsidRDefault="001A4B33" w:rsidP="001A4B33">
            <w:proofErr w:type="spellStart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Падение</w:t>
            </w:r>
            <w:proofErr w:type="spellEnd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Западной</w:t>
            </w:r>
            <w:proofErr w:type="spellEnd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Римской</w:t>
            </w:r>
            <w:proofErr w:type="spellEnd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империи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BEEB53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56C0D3" w14:textId="77777777" w:rsidR="001A4B33" w:rsidRDefault="001A4B33" w:rsidP="001A4B33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300C6F" w14:textId="77777777" w:rsidR="001A4B33" w:rsidRDefault="001A4B33" w:rsidP="001A4B33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59D77C" w14:textId="77777777" w:rsidR="001A4B33" w:rsidRDefault="001A4B33" w:rsidP="001A4B33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ACB618" w14:textId="2EFB1F56" w:rsidR="001A4B33" w:rsidRDefault="001A4B33" w:rsidP="001A4B33">
            <w:r w:rsidRPr="00006EC4">
              <w:rPr>
                <w:lang w:val="ru-RU"/>
              </w:rPr>
              <w:t>Устный опрос</w:t>
            </w:r>
          </w:p>
        </w:tc>
      </w:tr>
      <w:tr w:rsidR="001A4B33" w14:paraId="3C6D458B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C15277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62.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85868E" w14:textId="173057F0" w:rsidR="001A4B33" w:rsidRPr="006D1371" w:rsidRDefault="001A4B33" w:rsidP="001A4B33">
            <w:pPr>
              <w:rPr>
                <w:lang w:val="ru-RU"/>
              </w:rPr>
            </w:pPr>
            <w:r w:rsidRPr="00300729">
              <w:rPr>
                <w:rFonts w:ascii="Times New Roman" w:hAnsi="Times New Roman" w:cs="Times New Roman"/>
                <w:color w:val="000000"/>
                <w:lang w:val="ru-RU"/>
              </w:rPr>
              <w:t>Повторительно- обобщающий урок по теме «Древний Рим»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87E1EE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F35A7A" w14:textId="7D74C7E1" w:rsidR="001A4B33" w:rsidRPr="00F144E0" w:rsidRDefault="001A4B33" w:rsidP="001A4B33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E2CD31" w14:textId="77777777" w:rsidR="001A4B33" w:rsidRDefault="001A4B33" w:rsidP="001A4B33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E6A699" w14:textId="77777777" w:rsidR="001A4B33" w:rsidRDefault="001A4B33" w:rsidP="001A4B33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91EE3C" w14:textId="72EDE2C8" w:rsidR="001A4B33" w:rsidRDefault="001A4B33" w:rsidP="001A4B33">
            <w:r w:rsidRPr="00006EC4">
              <w:rPr>
                <w:lang w:val="ru-RU"/>
              </w:rPr>
              <w:t>Устный опрос</w:t>
            </w:r>
          </w:p>
        </w:tc>
      </w:tr>
      <w:tr w:rsidR="001A4B33" w14:paraId="7851018C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11C5DB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63.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E02CAA" w14:textId="34AA44EA" w:rsidR="001A4B33" w:rsidRPr="006D1371" w:rsidRDefault="001A4B33" w:rsidP="001A4B33">
            <w:pPr>
              <w:rPr>
                <w:lang w:val="ru-RU"/>
              </w:rPr>
            </w:pPr>
            <w:r w:rsidRPr="00300729">
              <w:rPr>
                <w:rFonts w:ascii="Times New Roman" w:hAnsi="Times New Roman" w:cs="Times New Roman"/>
                <w:lang w:val="ru-RU"/>
              </w:rPr>
              <w:t>Римская литература, золотой век поэзии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1E41E3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D269EB" w14:textId="77777777" w:rsidR="001A4B33" w:rsidRDefault="001A4B33" w:rsidP="001A4B33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364F03" w14:textId="77777777" w:rsidR="001A4B33" w:rsidRDefault="001A4B33" w:rsidP="001A4B33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81FCA2" w14:textId="77777777" w:rsidR="001A4B33" w:rsidRDefault="001A4B33" w:rsidP="001A4B33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C5A4D3" w14:textId="2B2209DE" w:rsidR="001A4B33" w:rsidRDefault="001A4B33" w:rsidP="001A4B33">
            <w:r w:rsidRPr="00006EC4">
              <w:rPr>
                <w:lang w:val="ru-RU"/>
              </w:rPr>
              <w:t>Устный опрос</w:t>
            </w:r>
          </w:p>
        </w:tc>
      </w:tr>
      <w:tr w:rsidR="001A4B33" w14:paraId="3063C121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B56253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64.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89FDC5" w14:textId="03229DBA" w:rsidR="001A4B33" w:rsidRDefault="001A4B33" w:rsidP="001A4B33">
            <w:r w:rsidRPr="00300729">
              <w:rPr>
                <w:rFonts w:ascii="Times New Roman" w:hAnsi="Times New Roman" w:cs="Times New Roman"/>
                <w:lang w:val="ru-RU"/>
              </w:rPr>
              <w:t>Философия Древнего Рима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D92C75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8B5FB1" w14:textId="77777777" w:rsidR="001A4B33" w:rsidRDefault="001A4B33" w:rsidP="001A4B33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E2E54F" w14:textId="77777777" w:rsidR="001A4B33" w:rsidRDefault="001A4B33" w:rsidP="001A4B33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8409FF" w14:textId="77777777" w:rsidR="001A4B33" w:rsidRDefault="001A4B33" w:rsidP="001A4B33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80770B" w14:textId="53E16330" w:rsidR="001A4B33" w:rsidRDefault="001A4B33" w:rsidP="001A4B33">
            <w:r w:rsidRPr="00006EC4">
              <w:rPr>
                <w:lang w:val="ru-RU"/>
              </w:rPr>
              <w:t>Устный опрос</w:t>
            </w:r>
          </w:p>
        </w:tc>
      </w:tr>
      <w:tr w:rsidR="001A4B33" w14:paraId="27AF7F03" w14:textId="77777777">
        <w:trPr>
          <w:trHeight w:hRule="exact" w:val="49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F4EA8C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65.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D6FBB7" w14:textId="62099E71" w:rsidR="001A4B33" w:rsidRPr="006D1371" w:rsidRDefault="001A4B33" w:rsidP="001A4B33">
            <w:pPr>
              <w:rPr>
                <w:lang w:val="ru-RU"/>
              </w:rPr>
            </w:pPr>
            <w:r w:rsidRPr="00300729">
              <w:rPr>
                <w:rFonts w:ascii="Times New Roman" w:hAnsi="Times New Roman" w:cs="Times New Roman"/>
                <w:lang w:val="ru-RU"/>
              </w:rPr>
              <w:t>Архитектура и</w:t>
            </w:r>
            <w:r w:rsidRPr="00300729">
              <w:rPr>
                <w:rFonts w:ascii="Times New Roman" w:hAnsi="Times New Roman" w:cs="Times New Roman"/>
              </w:rPr>
              <w:t> </w:t>
            </w:r>
            <w:r w:rsidRPr="00300729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300729">
              <w:rPr>
                <w:rFonts w:ascii="Times New Roman" w:hAnsi="Times New Roman" w:cs="Times New Roman"/>
                <w:lang w:val="ru-RU"/>
              </w:rPr>
              <w:t>скульптур</w:t>
            </w:r>
            <w:proofErr w:type="gramEnd"/>
            <w:r w:rsidRPr="00300729">
              <w:rPr>
                <w:rFonts w:ascii="Times New Roman" w:hAnsi="Times New Roman" w:cs="Times New Roman"/>
                <w:lang w:val="ru-RU"/>
              </w:rPr>
              <w:t xml:space="preserve"> а Древнего Рима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8362E3" w14:textId="77777777" w:rsidR="001A4B33" w:rsidRDefault="001A4B33" w:rsidP="001A4B3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757C46" w14:textId="77777777" w:rsidR="001A4B33" w:rsidRDefault="001A4B33" w:rsidP="001A4B33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2D7327" w14:textId="77777777" w:rsidR="001A4B33" w:rsidRDefault="001A4B33" w:rsidP="001A4B33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A78452" w14:textId="77777777" w:rsidR="001A4B33" w:rsidRDefault="001A4B33" w:rsidP="001A4B33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8C1FDE" w14:textId="08A7049A" w:rsidR="001A4B33" w:rsidRDefault="001A4B33" w:rsidP="001A4B33">
            <w:r w:rsidRPr="00006EC4">
              <w:rPr>
                <w:lang w:val="ru-RU"/>
              </w:rPr>
              <w:t>Устный опрос</w:t>
            </w:r>
          </w:p>
        </w:tc>
      </w:tr>
      <w:tr w:rsidR="006D1371" w14:paraId="1D5D4F33" w14:textId="77777777">
        <w:trPr>
          <w:trHeight w:hRule="exact" w:val="49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A85735" w14:textId="77777777" w:rsidR="006D1371" w:rsidRDefault="006D1371" w:rsidP="006D1371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66.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2639CF" w14:textId="11CA2D3F" w:rsidR="006D1371" w:rsidRPr="006D1371" w:rsidRDefault="006D1371" w:rsidP="006D1371">
            <w:pPr>
              <w:rPr>
                <w:lang w:val="ru-RU"/>
              </w:rPr>
            </w:pPr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  <w:lang w:val="ru-RU"/>
              </w:rPr>
              <w:t>Повторительно- обобщающий урок по</w:t>
            </w:r>
            <w:r w:rsidR="00C13BA8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  <w:lang w:val="ru-RU"/>
              </w:rPr>
              <w:t xml:space="preserve"> теме «Культура Древнего Рима»</w:t>
            </w:r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  <w:lang w:val="ru-RU"/>
              </w:rPr>
              <w:t xml:space="preserve"> «История древнего мира»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84A4D2" w14:textId="77777777" w:rsidR="006D1371" w:rsidRDefault="006D1371" w:rsidP="006D1371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B3F855" w14:textId="77777777" w:rsidR="006D1371" w:rsidRDefault="006D1371" w:rsidP="006D1371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4AD23C" w14:textId="17D33842" w:rsidR="006D1371" w:rsidRPr="000A6D8A" w:rsidRDefault="000A6D8A" w:rsidP="006D1371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701D4B" w14:textId="77777777" w:rsidR="006D1371" w:rsidRDefault="006D1371" w:rsidP="006D1371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208362" w14:textId="0EEA3734" w:rsidR="006D1371" w:rsidRDefault="001A4B33" w:rsidP="006D1371">
            <w:r>
              <w:rPr>
                <w:lang w:val="ru-RU"/>
              </w:rPr>
              <w:t>Практическая работа</w:t>
            </w:r>
          </w:p>
        </w:tc>
      </w:tr>
      <w:tr w:rsidR="006D1371" w14:paraId="1CC45243" w14:textId="77777777">
        <w:trPr>
          <w:trHeight w:hRule="exact" w:val="49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B4101A" w14:textId="77777777" w:rsidR="006D1371" w:rsidRDefault="006D1371" w:rsidP="006D1371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67.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DA6E3D" w14:textId="595641CC" w:rsidR="006D1371" w:rsidRPr="006D1371" w:rsidRDefault="006D1371" w:rsidP="006D1371">
            <w:pPr>
              <w:rPr>
                <w:lang w:val="ru-RU"/>
              </w:rPr>
            </w:pPr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  <w:lang w:val="ru-RU"/>
              </w:rPr>
              <w:t>Повторительно- обобщающий урок по курсу «История древнего мира»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C40E3A" w14:textId="77777777" w:rsidR="006D1371" w:rsidRDefault="006D1371" w:rsidP="006D1371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628869" w14:textId="0424FF59" w:rsidR="006D1371" w:rsidRPr="00F144E0" w:rsidRDefault="00F144E0" w:rsidP="006D1371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17E69B" w14:textId="77777777" w:rsidR="006D1371" w:rsidRDefault="006D1371" w:rsidP="006D1371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F6A691" w14:textId="77777777" w:rsidR="006D1371" w:rsidRDefault="006D1371" w:rsidP="006D1371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60F5D9" w14:textId="1913146F" w:rsidR="006D1371" w:rsidRDefault="001A4B33" w:rsidP="006D1371">
            <w:r>
              <w:rPr>
                <w:lang w:val="ru-RU"/>
              </w:rPr>
              <w:t>Контрольная работа</w:t>
            </w:r>
          </w:p>
        </w:tc>
      </w:tr>
      <w:tr w:rsidR="006D1371" w14:paraId="441B61C9" w14:textId="77777777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94924F" w14:textId="77777777" w:rsidR="006D1371" w:rsidRDefault="006D1371" w:rsidP="006D13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68.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BD9C7F" w14:textId="5D27269E" w:rsidR="006D1371" w:rsidRPr="006D1371" w:rsidRDefault="006D1371" w:rsidP="006D1371">
            <w:pPr>
              <w:rPr>
                <w:lang w:val="ru-RU"/>
              </w:rPr>
            </w:pPr>
            <w:r w:rsidRPr="0030072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  <w:lang w:val="ru-RU"/>
              </w:rPr>
              <w:t>Повторительно- обобщающий урок по курсу «История древнего мира»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2965A9" w14:textId="77777777" w:rsidR="006D1371" w:rsidRDefault="006D1371" w:rsidP="006D13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2E0711" w14:textId="77777777" w:rsidR="006D1371" w:rsidRDefault="006D1371" w:rsidP="006D1371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D20EFC" w14:textId="1D21EA23" w:rsidR="006D1371" w:rsidRPr="000A6D8A" w:rsidRDefault="000A6D8A" w:rsidP="006D1371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95C465" w14:textId="77777777" w:rsidR="006D1371" w:rsidRDefault="006D1371" w:rsidP="006D1371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9C3148" w14:textId="4A5485BB" w:rsidR="006D1371" w:rsidRDefault="001A4B33" w:rsidP="006D1371">
            <w:r>
              <w:rPr>
                <w:lang w:val="ru-RU"/>
              </w:rPr>
              <w:t>Практическая работа</w:t>
            </w:r>
          </w:p>
        </w:tc>
      </w:tr>
      <w:tr w:rsidR="00F70C7D" w14:paraId="6D56E1CA" w14:textId="77777777">
        <w:trPr>
          <w:trHeight w:hRule="exact" w:val="808"/>
        </w:trPr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83328F" w14:textId="77777777" w:rsidR="00F70C7D" w:rsidRPr="00757F1C" w:rsidRDefault="00FA4471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757F1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379048" w14:textId="77777777" w:rsidR="00F70C7D" w:rsidRDefault="00FA4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A70F6C" w14:textId="77777777" w:rsidR="00F70C7D" w:rsidRDefault="00FA44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075FFB" w14:textId="77777777" w:rsidR="00F70C7D" w:rsidRDefault="00F70C7D"/>
        </w:tc>
        <w:tc>
          <w:tcPr>
            <w:tcW w:w="2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F9C713" w14:textId="77777777" w:rsidR="00F70C7D" w:rsidRDefault="00F70C7D"/>
        </w:tc>
      </w:tr>
    </w:tbl>
    <w:p w14:paraId="47B9CA0B" w14:textId="77777777" w:rsidR="00F70C7D" w:rsidRPr="00757F1C" w:rsidRDefault="00F70C7D">
      <w:pPr>
        <w:rPr>
          <w:lang w:val="ru-RU"/>
        </w:rPr>
        <w:sectPr w:rsidR="00F70C7D" w:rsidRPr="00757F1C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6C0CFCB1" w14:textId="77777777" w:rsidR="00E426D3" w:rsidRPr="00E426D3" w:rsidRDefault="00E426D3" w:rsidP="00E426D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426D3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УЧЕБНО-МЕТОДИЧЕСКОЕ ОБЕСПЕЧЕНИЕ ОБРАЗОВАТЕЛЬНОГО ПРОЦЕССА </w:t>
      </w:r>
    </w:p>
    <w:p w14:paraId="452241AE" w14:textId="77777777" w:rsidR="00E426D3" w:rsidRPr="00E426D3" w:rsidRDefault="00E426D3" w:rsidP="00E426D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426D3">
        <w:rPr>
          <w:rFonts w:ascii="Times New Roman" w:hAnsi="Times New Roman" w:cs="Times New Roman"/>
          <w:sz w:val="24"/>
          <w:szCs w:val="24"/>
          <w:lang w:val="ru-RU"/>
        </w:rPr>
        <w:t>ОБЯЗАТЕЛЬНЫЕ УЧЕБНЫЕ МАТЕРИАЛЫ ДЛЯ УЧЕНИКА</w:t>
      </w:r>
    </w:p>
    <w:p w14:paraId="52456F3F" w14:textId="77777777" w:rsidR="00E426D3" w:rsidRPr="00E426D3" w:rsidRDefault="00E426D3" w:rsidP="00E426D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426D3">
        <w:rPr>
          <w:rFonts w:ascii="Times New Roman" w:hAnsi="Times New Roman" w:cs="Times New Roman"/>
          <w:sz w:val="24"/>
          <w:szCs w:val="24"/>
          <w:lang w:val="ru-RU"/>
        </w:rPr>
        <w:t xml:space="preserve"> Никишин В.О., Стрелков А.В., Томашевич О.В., Михайловский Ф.А.; под редакцией Карпова С.П. Всеобщая история. История Древнего мира. 5 </w:t>
      </w:r>
      <w:proofErr w:type="spellStart"/>
      <w:r w:rsidRPr="00E426D3">
        <w:rPr>
          <w:rFonts w:ascii="Times New Roman" w:hAnsi="Times New Roman" w:cs="Times New Roman"/>
          <w:sz w:val="24"/>
          <w:szCs w:val="24"/>
          <w:lang w:val="ru-RU"/>
        </w:rPr>
        <w:t>кл</w:t>
      </w:r>
      <w:proofErr w:type="spellEnd"/>
      <w:r w:rsidRPr="00E426D3">
        <w:rPr>
          <w:rFonts w:ascii="Times New Roman" w:hAnsi="Times New Roman" w:cs="Times New Roman"/>
          <w:sz w:val="24"/>
          <w:szCs w:val="24"/>
          <w:lang w:val="ru-RU"/>
        </w:rPr>
        <w:t xml:space="preserve">. ООО «Русское слово-учебник»; Введите свой вариант: МЕТОДИЧЕСКИЕ МАТЕРИАЛЫ ДЛЯ УЧИТЕЛЯ </w:t>
      </w:r>
    </w:p>
    <w:p w14:paraId="6C532A26" w14:textId="77777777" w:rsidR="00E426D3" w:rsidRPr="00E426D3" w:rsidRDefault="00E426D3" w:rsidP="00E426D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426D3">
        <w:rPr>
          <w:rFonts w:ascii="Times New Roman" w:hAnsi="Times New Roman" w:cs="Times New Roman"/>
          <w:sz w:val="24"/>
          <w:szCs w:val="24"/>
          <w:lang w:val="ru-RU"/>
        </w:rPr>
        <w:t>1. Методическое пособие к учебнику В.О. Никишина, А.В. Стрелкова, О.В. Томашевич, Ф.А. Михайловского, под ред. С.П. Карпова «Всеобщая история. История Древнего мира» для 5 класса общеобразовательных организаций Автор: Ф.А. Михайловский</w:t>
      </w:r>
    </w:p>
    <w:p w14:paraId="7BFA1770" w14:textId="3A3F6C6E" w:rsidR="00E426D3" w:rsidRPr="00E426D3" w:rsidRDefault="00E426D3" w:rsidP="00E426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6D3">
        <w:rPr>
          <w:rFonts w:ascii="Times New Roman" w:hAnsi="Times New Roman" w:cs="Times New Roman"/>
          <w:sz w:val="24"/>
          <w:szCs w:val="24"/>
          <w:lang w:val="ru-RU"/>
        </w:rPr>
        <w:t xml:space="preserve"> 2. Дидактические материалы (оценочные листы по истории Древнего мира к учебнику Всеобщая история. </w:t>
      </w:r>
      <w:proofErr w:type="gramStart"/>
      <w:r w:rsidRPr="00E426D3">
        <w:rPr>
          <w:rFonts w:ascii="Times New Roman" w:hAnsi="Times New Roman" w:cs="Times New Roman"/>
          <w:sz w:val="24"/>
          <w:szCs w:val="24"/>
          <w:lang w:val="ru-RU"/>
        </w:rPr>
        <w:t xml:space="preserve">История Древнего мира/ </w:t>
      </w:r>
      <w:proofErr w:type="spellStart"/>
      <w:r w:rsidRPr="00E426D3">
        <w:rPr>
          <w:rFonts w:ascii="Times New Roman" w:hAnsi="Times New Roman" w:cs="Times New Roman"/>
          <w:sz w:val="24"/>
          <w:szCs w:val="24"/>
          <w:lang w:val="ru-RU"/>
        </w:rPr>
        <w:t>Ф.А.Михайловский</w:t>
      </w:r>
      <w:proofErr w:type="spellEnd"/>
      <w:r w:rsidRPr="00E426D3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r w:rsidRPr="00E426D3">
        <w:rPr>
          <w:rFonts w:ascii="Times New Roman" w:hAnsi="Times New Roman" w:cs="Times New Roman"/>
          <w:sz w:val="24"/>
          <w:szCs w:val="24"/>
        </w:rPr>
        <w:t>https</w:t>
      </w:r>
      <w:r w:rsidRPr="00E426D3">
        <w:rPr>
          <w:rFonts w:ascii="Times New Roman" w:hAnsi="Times New Roman" w:cs="Times New Roman"/>
          <w:sz w:val="24"/>
          <w:szCs w:val="24"/>
          <w:lang w:val="ru-RU"/>
        </w:rPr>
        <w:t>://</w:t>
      </w:r>
      <w:r w:rsidRPr="00E426D3">
        <w:rPr>
          <w:rFonts w:ascii="Times New Roman" w:hAnsi="Times New Roman" w:cs="Times New Roman"/>
          <w:sz w:val="24"/>
          <w:szCs w:val="24"/>
        </w:rPr>
        <w:t>www</w:t>
      </w:r>
      <w:r w:rsidRPr="00E426D3">
        <w:rPr>
          <w:rFonts w:ascii="Times New Roman" w:hAnsi="Times New Roman" w:cs="Times New Roman"/>
          <w:sz w:val="24"/>
          <w:szCs w:val="24"/>
          <w:lang w:val="ru-RU"/>
        </w:rPr>
        <w:t>.1</w:t>
      </w:r>
      <w:proofErr w:type="spellStart"/>
      <w:r w:rsidRPr="00E426D3">
        <w:rPr>
          <w:rFonts w:ascii="Times New Roman" w:hAnsi="Times New Roman" w:cs="Times New Roman"/>
          <w:sz w:val="24"/>
          <w:szCs w:val="24"/>
        </w:rPr>
        <w:t>urok</w:t>
      </w:r>
      <w:proofErr w:type="spellEnd"/>
      <w:r w:rsidRPr="00E426D3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E426D3">
        <w:rPr>
          <w:rFonts w:ascii="Times New Roman" w:hAnsi="Times New Roman" w:cs="Times New Roman"/>
          <w:sz w:val="24"/>
          <w:szCs w:val="24"/>
        </w:rPr>
        <w:t>ru</w:t>
      </w:r>
      <w:proofErr w:type="spellEnd"/>
      <w:r w:rsidRPr="00E426D3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E426D3">
        <w:rPr>
          <w:rFonts w:ascii="Times New Roman" w:hAnsi="Times New Roman" w:cs="Times New Roman"/>
          <w:sz w:val="24"/>
          <w:szCs w:val="24"/>
        </w:rPr>
        <w:t>categories</w:t>
      </w:r>
      <w:r w:rsidRPr="00E426D3">
        <w:rPr>
          <w:rFonts w:ascii="Times New Roman" w:hAnsi="Times New Roman" w:cs="Times New Roman"/>
          <w:sz w:val="24"/>
          <w:szCs w:val="24"/>
          <w:lang w:val="ru-RU"/>
        </w:rPr>
        <w:t>/8/</w:t>
      </w:r>
      <w:r w:rsidRPr="00E426D3">
        <w:rPr>
          <w:rFonts w:ascii="Times New Roman" w:hAnsi="Times New Roman" w:cs="Times New Roman"/>
          <w:sz w:val="24"/>
          <w:szCs w:val="24"/>
        </w:rPr>
        <w:t>articles</w:t>
      </w:r>
      <w:r w:rsidRPr="00E426D3">
        <w:rPr>
          <w:rFonts w:ascii="Times New Roman" w:hAnsi="Times New Roman" w:cs="Times New Roman"/>
          <w:sz w:val="24"/>
          <w:szCs w:val="24"/>
          <w:lang w:val="ru-RU"/>
        </w:rPr>
        <w:t xml:space="preserve">/13878 3. </w:t>
      </w:r>
      <w:hyperlink r:id="rId8" w:history="1">
        <w:r w:rsidRPr="00E426D3">
          <w:rPr>
            <w:rStyle w:val="aff9"/>
            <w:rFonts w:ascii="Times New Roman" w:hAnsi="Times New Roman" w:cs="Times New Roman"/>
            <w:sz w:val="24"/>
            <w:szCs w:val="24"/>
          </w:rPr>
          <w:t>http://files.school-collection.edu.ru/dlrstore/4b661375-8da4-4326-9a8a-b8a9e8d7904b/method.html</w:t>
        </w:r>
      </w:hyperlink>
      <w:r w:rsidRPr="00E426D3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14:paraId="72A2CF83" w14:textId="77777777" w:rsidR="00E426D3" w:rsidRPr="00E426D3" w:rsidRDefault="00E426D3" w:rsidP="00E426D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426D3"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proofErr w:type="spellStart"/>
      <w:r w:rsidRPr="00E426D3">
        <w:rPr>
          <w:rFonts w:ascii="Times New Roman" w:hAnsi="Times New Roman" w:cs="Times New Roman"/>
          <w:sz w:val="24"/>
          <w:szCs w:val="24"/>
        </w:rPr>
        <w:t>Ar</w:t>
      </w:r>
      <w:r w:rsidRPr="00E426D3">
        <w:rPr>
          <w:rFonts w:ascii="Times New Roman" w:hAnsi="Times New Roman" w:cs="Times New Roman"/>
          <w:sz w:val="24"/>
          <w:szCs w:val="24"/>
          <w:lang w:val="ru-RU"/>
        </w:rPr>
        <w:t>афонов</w:t>
      </w:r>
      <w:proofErr w:type="spellEnd"/>
      <w:r w:rsidRPr="00E426D3">
        <w:rPr>
          <w:rFonts w:ascii="Times New Roman" w:hAnsi="Times New Roman" w:cs="Times New Roman"/>
          <w:sz w:val="24"/>
          <w:szCs w:val="24"/>
          <w:lang w:val="ru-RU"/>
        </w:rPr>
        <w:t xml:space="preserve"> С.В. Схемы по всеобщей истории. 5 </w:t>
      </w:r>
      <w:proofErr w:type="spellStart"/>
      <w:r w:rsidRPr="00E426D3">
        <w:rPr>
          <w:rFonts w:ascii="Times New Roman" w:hAnsi="Times New Roman" w:cs="Times New Roman"/>
          <w:sz w:val="24"/>
          <w:szCs w:val="24"/>
          <w:lang w:val="ru-RU"/>
        </w:rPr>
        <w:t>кл</w:t>
      </w:r>
      <w:proofErr w:type="spellEnd"/>
      <w:r w:rsidRPr="00E426D3">
        <w:rPr>
          <w:rFonts w:ascii="Times New Roman" w:hAnsi="Times New Roman" w:cs="Times New Roman"/>
          <w:sz w:val="24"/>
          <w:szCs w:val="24"/>
          <w:lang w:val="ru-RU"/>
        </w:rPr>
        <w:t xml:space="preserve">.: к учебнику Ф.А Михайловского «История </w:t>
      </w:r>
      <w:bookmarkStart w:id="0" w:name="_GoBack"/>
      <w:bookmarkEnd w:id="0"/>
      <w:r w:rsidRPr="00E426D3">
        <w:rPr>
          <w:rFonts w:ascii="Times New Roman" w:hAnsi="Times New Roman" w:cs="Times New Roman"/>
          <w:sz w:val="24"/>
          <w:szCs w:val="24"/>
          <w:lang w:val="ru-RU"/>
        </w:rPr>
        <w:t>Древнего мира». М.: Русское слово, 2005-23 с.</w:t>
      </w:r>
    </w:p>
    <w:p w14:paraId="7190B891" w14:textId="77777777" w:rsidR="00E426D3" w:rsidRPr="00E426D3" w:rsidRDefault="00E426D3" w:rsidP="00E426D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426D3">
        <w:rPr>
          <w:rFonts w:ascii="Times New Roman" w:hAnsi="Times New Roman" w:cs="Times New Roman"/>
          <w:sz w:val="24"/>
          <w:szCs w:val="24"/>
          <w:lang w:val="ru-RU"/>
        </w:rPr>
        <w:t xml:space="preserve"> 5. Эллада (</w:t>
      </w:r>
      <w:proofErr w:type="spellStart"/>
      <w:r w:rsidRPr="00E426D3">
        <w:rPr>
          <w:rFonts w:ascii="Times New Roman" w:hAnsi="Times New Roman" w:cs="Times New Roman"/>
          <w:sz w:val="24"/>
          <w:szCs w:val="24"/>
        </w:rPr>
        <w:t>htt</w:t>
      </w:r>
      <w:proofErr w:type="spellEnd"/>
      <w:r w:rsidRPr="00E426D3">
        <w:rPr>
          <w:rFonts w:ascii="Times New Roman" w:hAnsi="Times New Roman" w:cs="Times New Roman"/>
          <w:sz w:val="24"/>
          <w:szCs w:val="24"/>
          <w:lang w:val="ru-RU"/>
        </w:rPr>
        <w:t>р://</w:t>
      </w:r>
      <w:r w:rsidRPr="00E426D3">
        <w:rPr>
          <w:rFonts w:ascii="Times New Roman" w:hAnsi="Times New Roman" w:cs="Times New Roman"/>
          <w:sz w:val="24"/>
          <w:szCs w:val="24"/>
        </w:rPr>
        <w:t>www</w:t>
      </w:r>
      <w:r w:rsidRPr="00E426D3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E426D3">
        <w:rPr>
          <w:rFonts w:ascii="Times New Roman" w:hAnsi="Times New Roman" w:cs="Times New Roman"/>
          <w:sz w:val="24"/>
          <w:szCs w:val="24"/>
        </w:rPr>
        <w:t>h</w:t>
      </w:r>
      <w:r w:rsidRPr="00E426D3">
        <w:rPr>
          <w:rFonts w:ascii="Times New Roman" w:hAnsi="Times New Roman" w:cs="Times New Roman"/>
          <w:sz w:val="24"/>
          <w:szCs w:val="24"/>
          <w:lang w:val="ru-RU"/>
        </w:rPr>
        <w:t>е1</w:t>
      </w:r>
      <w:r w:rsidRPr="00E426D3">
        <w:rPr>
          <w:rFonts w:ascii="Times New Roman" w:hAnsi="Times New Roman" w:cs="Times New Roman"/>
          <w:sz w:val="24"/>
          <w:szCs w:val="24"/>
        </w:rPr>
        <w:t>l</w:t>
      </w:r>
      <w:r w:rsidRPr="00E426D3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E426D3">
        <w:rPr>
          <w:rFonts w:ascii="Times New Roman" w:hAnsi="Times New Roman" w:cs="Times New Roman"/>
          <w:sz w:val="24"/>
          <w:szCs w:val="24"/>
        </w:rPr>
        <w:t>d</w:t>
      </w:r>
      <w:r w:rsidRPr="00E426D3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E426D3">
        <w:rPr>
          <w:rFonts w:ascii="Times New Roman" w:hAnsi="Times New Roman" w:cs="Times New Roman"/>
          <w:sz w:val="24"/>
          <w:szCs w:val="24"/>
        </w:rPr>
        <w:t>s</w:t>
      </w:r>
      <w:r w:rsidRPr="00E426D3">
        <w:rPr>
          <w:rFonts w:ascii="Times New Roman" w:hAnsi="Times New Roman" w:cs="Times New Roman"/>
          <w:sz w:val="24"/>
          <w:szCs w:val="24"/>
          <w:lang w:val="ru-RU"/>
        </w:rPr>
        <w:t>.г</w:t>
      </w:r>
      <w:r w:rsidRPr="00E426D3">
        <w:rPr>
          <w:rFonts w:ascii="Times New Roman" w:hAnsi="Times New Roman" w:cs="Times New Roman"/>
          <w:sz w:val="24"/>
          <w:szCs w:val="24"/>
        </w:rPr>
        <w:t>u</w:t>
      </w:r>
      <w:r w:rsidRPr="00E426D3">
        <w:rPr>
          <w:rFonts w:ascii="Times New Roman" w:hAnsi="Times New Roman" w:cs="Times New Roman"/>
          <w:sz w:val="24"/>
          <w:szCs w:val="24"/>
          <w:lang w:val="ru-RU"/>
        </w:rPr>
        <w:t>) снабжена алфавитным Указателем и содержит более 500 иллюстраций к древнегреческим мифам.</w:t>
      </w:r>
    </w:p>
    <w:p w14:paraId="6462C737" w14:textId="77777777" w:rsidR="00E426D3" w:rsidRPr="00E426D3" w:rsidRDefault="00E426D3" w:rsidP="00E426D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426D3">
        <w:rPr>
          <w:rFonts w:ascii="Times New Roman" w:hAnsi="Times New Roman" w:cs="Times New Roman"/>
          <w:sz w:val="24"/>
          <w:szCs w:val="24"/>
          <w:lang w:val="ru-RU"/>
        </w:rPr>
        <w:t xml:space="preserve"> 6. Античная мифология </w:t>
      </w:r>
      <w:proofErr w:type="gramStart"/>
      <w:r w:rsidRPr="00E426D3">
        <w:rPr>
          <w:rFonts w:ascii="Times New Roman" w:hAnsi="Times New Roman" w:cs="Times New Roman"/>
          <w:sz w:val="24"/>
          <w:szCs w:val="24"/>
          <w:lang w:val="ru-RU"/>
        </w:rPr>
        <w:t xml:space="preserve">( </w:t>
      </w:r>
      <w:proofErr w:type="gramEnd"/>
      <w:r w:rsidRPr="00E426D3">
        <w:rPr>
          <w:rFonts w:ascii="Times New Roman" w:hAnsi="Times New Roman" w:cs="Times New Roman"/>
          <w:sz w:val="24"/>
          <w:szCs w:val="24"/>
        </w:rPr>
        <w:t>http</w:t>
      </w:r>
      <w:r w:rsidRPr="00E426D3">
        <w:rPr>
          <w:rFonts w:ascii="Times New Roman" w:hAnsi="Times New Roman" w:cs="Times New Roman"/>
          <w:sz w:val="24"/>
          <w:szCs w:val="24"/>
          <w:lang w:val="ru-RU"/>
        </w:rPr>
        <w:t>://</w:t>
      </w:r>
      <w:r w:rsidRPr="00E426D3">
        <w:rPr>
          <w:rFonts w:ascii="Times New Roman" w:hAnsi="Times New Roman" w:cs="Times New Roman"/>
          <w:sz w:val="24"/>
          <w:szCs w:val="24"/>
        </w:rPr>
        <w:t>mythology</w:t>
      </w:r>
      <w:r w:rsidRPr="00E426D3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E426D3">
        <w:rPr>
          <w:rFonts w:ascii="Times New Roman" w:hAnsi="Times New Roman" w:cs="Times New Roman"/>
          <w:sz w:val="24"/>
          <w:szCs w:val="24"/>
        </w:rPr>
        <w:t>sgu</w:t>
      </w:r>
      <w:proofErr w:type="spellEnd"/>
      <w:r w:rsidRPr="00E426D3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E426D3">
        <w:rPr>
          <w:rFonts w:ascii="Times New Roman" w:hAnsi="Times New Roman" w:cs="Times New Roman"/>
          <w:sz w:val="24"/>
          <w:szCs w:val="24"/>
        </w:rPr>
        <w:t>ru</w:t>
      </w:r>
      <w:proofErr w:type="spellEnd"/>
      <w:r w:rsidRPr="00E426D3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E426D3">
        <w:rPr>
          <w:rFonts w:ascii="Times New Roman" w:hAnsi="Times New Roman" w:cs="Times New Roman"/>
          <w:sz w:val="24"/>
          <w:szCs w:val="24"/>
        </w:rPr>
        <w:t>mythology</w:t>
      </w:r>
      <w:r w:rsidRPr="00E426D3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E426D3">
        <w:rPr>
          <w:rFonts w:ascii="Times New Roman" w:hAnsi="Times New Roman" w:cs="Times New Roman"/>
          <w:sz w:val="24"/>
          <w:szCs w:val="24"/>
        </w:rPr>
        <w:t>ant</w:t>
      </w:r>
      <w:r w:rsidRPr="00E426D3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E426D3">
        <w:rPr>
          <w:rFonts w:ascii="Times New Roman" w:hAnsi="Times New Roman" w:cs="Times New Roman"/>
          <w:sz w:val="24"/>
          <w:szCs w:val="24"/>
        </w:rPr>
        <w:t>index</w:t>
      </w:r>
      <w:r w:rsidRPr="00E426D3">
        <w:rPr>
          <w:rFonts w:ascii="Times New Roman" w:hAnsi="Times New Roman" w:cs="Times New Roman"/>
          <w:sz w:val="24"/>
          <w:szCs w:val="24"/>
          <w:lang w:val="ru-RU"/>
        </w:rPr>
        <w:t>/</w:t>
      </w:r>
      <w:proofErr w:type="spellStart"/>
      <w:r w:rsidRPr="00E426D3">
        <w:rPr>
          <w:rFonts w:ascii="Times New Roman" w:hAnsi="Times New Roman" w:cs="Times New Roman"/>
          <w:sz w:val="24"/>
          <w:szCs w:val="24"/>
        </w:rPr>
        <w:t>htm</w:t>
      </w:r>
      <w:proofErr w:type="spellEnd"/>
      <w:r w:rsidRPr="00E426D3">
        <w:rPr>
          <w:rFonts w:ascii="Times New Roman" w:hAnsi="Times New Roman" w:cs="Times New Roman"/>
          <w:sz w:val="24"/>
          <w:szCs w:val="24"/>
          <w:lang w:val="ru-RU"/>
        </w:rPr>
        <w:t xml:space="preserve">) предполагает не только изучение материала, но и возможность </w:t>
      </w:r>
      <w:r w:rsidRPr="00E426D3">
        <w:rPr>
          <w:rFonts w:ascii="Times New Roman" w:hAnsi="Times New Roman" w:cs="Times New Roman"/>
          <w:sz w:val="24"/>
          <w:szCs w:val="24"/>
        </w:rPr>
        <w:t>on</w:t>
      </w:r>
      <w:r w:rsidRPr="00E426D3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E426D3">
        <w:rPr>
          <w:rFonts w:ascii="Times New Roman" w:hAnsi="Times New Roman" w:cs="Times New Roman"/>
          <w:sz w:val="24"/>
          <w:szCs w:val="24"/>
        </w:rPr>
        <w:t>line</w:t>
      </w:r>
      <w:r w:rsidRPr="00E426D3">
        <w:rPr>
          <w:rFonts w:ascii="Times New Roman" w:hAnsi="Times New Roman" w:cs="Times New Roman"/>
          <w:sz w:val="24"/>
          <w:szCs w:val="24"/>
          <w:lang w:val="ru-RU"/>
        </w:rPr>
        <w:t xml:space="preserve"> тестирования, а Мифология (</w:t>
      </w:r>
      <w:r w:rsidRPr="00E426D3">
        <w:rPr>
          <w:rFonts w:ascii="Times New Roman" w:hAnsi="Times New Roman" w:cs="Times New Roman"/>
          <w:sz w:val="24"/>
          <w:szCs w:val="24"/>
        </w:rPr>
        <w:t>http</w:t>
      </w:r>
      <w:r w:rsidRPr="00E426D3">
        <w:rPr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 w:rsidRPr="00E426D3">
        <w:rPr>
          <w:rFonts w:ascii="Times New Roman" w:hAnsi="Times New Roman" w:cs="Times New Roman"/>
          <w:sz w:val="24"/>
          <w:szCs w:val="24"/>
        </w:rPr>
        <w:t>mifologia</w:t>
      </w:r>
      <w:proofErr w:type="spellEnd"/>
      <w:r w:rsidRPr="00E426D3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E426D3">
        <w:rPr>
          <w:rFonts w:ascii="Times New Roman" w:hAnsi="Times New Roman" w:cs="Times New Roman"/>
          <w:sz w:val="24"/>
          <w:szCs w:val="24"/>
        </w:rPr>
        <w:t>cjb</w:t>
      </w:r>
      <w:proofErr w:type="spellEnd"/>
      <w:r w:rsidRPr="00E426D3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E426D3">
        <w:rPr>
          <w:rFonts w:ascii="Times New Roman" w:hAnsi="Times New Roman" w:cs="Times New Roman"/>
          <w:sz w:val="24"/>
          <w:szCs w:val="24"/>
        </w:rPr>
        <w:t>net</w:t>
      </w:r>
      <w:r w:rsidRPr="00E426D3">
        <w:rPr>
          <w:rFonts w:ascii="Times New Roman" w:hAnsi="Times New Roman" w:cs="Times New Roman"/>
          <w:sz w:val="24"/>
          <w:szCs w:val="24"/>
          <w:lang w:val="ru-RU"/>
        </w:rPr>
        <w:t xml:space="preserve">) содержит статьи, очерки, библиографию, произведения классиков, рисунки в «мифологическом» стиле, рецензии на книги (научные и художественные), тексты песен, статьи по музыке и т.д. </w:t>
      </w:r>
    </w:p>
    <w:p w14:paraId="4B84FAC7" w14:textId="77777777" w:rsidR="00E426D3" w:rsidRPr="00E426D3" w:rsidRDefault="00E426D3" w:rsidP="00E426D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426D3">
        <w:rPr>
          <w:rFonts w:ascii="Times New Roman" w:hAnsi="Times New Roman" w:cs="Times New Roman"/>
          <w:sz w:val="24"/>
          <w:szCs w:val="24"/>
          <w:lang w:val="ru-RU"/>
        </w:rPr>
        <w:t xml:space="preserve">ЦИФРОВЫЕ ОБРАЗОВАТЕЛЬНЫЕ РЕСУРСЫ И РЕСУРСЫ СЕТИ ИНТЕРНЕТ </w:t>
      </w:r>
    </w:p>
    <w:p w14:paraId="4F287819" w14:textId="7368E1AE" w:rsidR="00E426D3" w:rsidRPr="00E426D3" w:rsidRDefault="00E426D3" w:rsidP="00E426D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426D3">
        <w:rPr>
          <w:rFonts w:ascii="Times New Roman" w:hAnsi="Times New Roman" w:cs="Times New Roman"/>
          <w:sz w:val="24"/>
          <w:szCs w:val="24"/>
        </w:rPr>
        <w:t>https</w:t>
      </w:r>
      <w:r w:rsidRPr="00E426D3">
        <w:rPr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 w:rsidRPr="00E426D3">
        <w:rPr>
          <w:rFonts w:ascii="Times New Roman" w:hAnsi="Times New Roman" w:cs="Times New Roman"/>
          <w:sz w:val="24"/>
          <w:szCs w:val="24"/>
        </w:rPr>
        <w:t>resh</w:t>
      </w:r>
      <w:proofErr w:type="spellEnd"/>
      <w:r w:rsidRPr="00E426D3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E426D3">
        <w:rPr>
          <w:rFonts w:ascii="Times New Roman" w:hAnsi="Times New Roman" w:cs="Times New Roman"/>
          <w:sz w:val="24"/>
          <w:szCs w:val="24"/>
        </w:rPr>
        <w:t>edu</w:t>
      </w:r>
      <w:proofErr w:type="spellEnd"/>
      <w:r w:rsidRPr="00E426D3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E426D3">
        <w:rPr>
          <w:rFonts w:ascii="Times New Roman" w:hAnsi="Times New Roman" w:cs="Times New Roman"/>
          <w:sz w:val="24"/>
          <w:szCs w:val="24"/>
        </w:rPr>
        <w:t>ru</w:t>
      </w:r>
      <w:proofErr w:type="spellEnd"/>
      <w:r w:rsidRPr="00E426D3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E426D3">
        <w:rPr>
          <w:rFonts w:ascii="Times New Roman" w:hAnsi="Times New Roman" w:cs="Times New Roman"/>
          <w:sz w:val="24"/>
          <w:szCs w:val="24"/>
        </w:rPr>
        <w:t>subject</w:t>
      </w:r>
      <w:r w:rsidRPr="00E426D3">
        <w:rPr>
          <w:rFonts w:ascii="Times New Roman" w:hAnsi="Times New Roman" w:cs="Times New Roman"/>
          <w:sz w:val="24"/>
          <w:szCs w:val="24"/>
          <w:lang w:val="ru-RU"/>
        </w:rPr>
        <w:t xml:space="preserve">/3/5/ </w:t>
      </w:r>
      <w:hyperlink r:id="rId9" w:history="1">
        <w:r w:rsidRPr="00E426D3">
          <w:rPr>
            <w:rStyle w:val="aff9"/>
            <w:rFonts w:ascii="Times New Roman" w:hAnsi="Times New Roman" w:cs="Times New Roman"/>
            <w:sz w:val="24"/>
            <w:szCs w:val="24"/>
          </w:rPr>
          <w:t>http</w:t>
        </w:r>
        <w:r w:rsidRPr="00E426D3">
          <w:rPr>
            <w:rStyle w:val="aff9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Pr="00E426D3">
          <w:rPr>
            <w:rStyle w:val="aff9"/>
            <w:rFonts w:ascii="Times New Roman" w:hAnsi="Times New Roman" w:cs="Times New Roman"/>
            <w:sz w:val="24"/>
            <w:szCs w:val="24"/>
          </w:rPr>
          <w:t>school</w:t>
        </w:r>
        <w:r w:rsidRPr="00E426D3">
          <w:rPr>
            <w:rStyle w:val="aff9"/>
            <w:rFonts w:ascii="Times New Roman" w:hAnsi="Times New Roman" w:cs="Times New Roman"/>
            <w:sz w:val="24"/>
            <w:szCs w:val="24"/>
            <w:lang w:val="ru-RU"/>
          </w:rPr>
          <w:t>-</w:t>
        </w:r>
        <w:r w:rsidRPr="00E426D3">
          <w:rPr>
            <w:rStyle w:val="aff9"/>
            <w:rFonts w:ascii="Times New Roman" w:hAnsi="Times New Roman" w:cs="Times New Roman"/>
            <w:sz w:val="24"/>
            <w:szCs w:val="24"/>
          </w:rPr>
          <w:t>collection</w:t>
        </w:r>
        <w:r w:rsidRPr="00E426D3">
          <w:rPr>
            <w:rStyle w:val="aff9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E426D3">
          <w:rPr>
            <w:rStyle w:val="aff9"/>
            <w:rFonts w:ascii="Times New Roman" w:hAnsi="Times New Roman" w:cs="Times New Roman"/>
            <w:sz w:val="24"/>
            <w:szCs w:val="24"/>
          </w:rPr>
          <w:t>edu</w:t>
        </w:r>
        <w:proofErr w:type="spellEnd"/>
        <w:r w:rsidRPr="00E426D3">
          <w:rPr>
            <w:rStyle w:val="aff9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E426D3">
          <w:rPr>
            <w:rStyle w:val="aff9"/>
            <w:rFonts w:ascii="Times New Roman" w:hAnsi="Times New Roman" w:cs="Times New Roman"/>
            <w:sz w:val="24"/>
            <w:szCs w:val="24"/>
          </w:rPr>
          <w:t>ru</w:t>
        </w:r>
        <w:proofErr w:type="spellEnd"/>
        <w:r w:rsidRPr="00E426D3">
          <w:rPr>
            <w:rStyle w:val="aff9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E426D3">
          <w:rPr>
            <w:rStyle w:val="aff9"/>
            <w:rFonts w:ascii="Times New Roman" w:hAnsi="Times New Roman" w:cs="Times New Roman"/>
            <w:sz w:val="24"/>
            <w:szCs w:val="24"/>
          </w:rPr>
          <w:t>catalog</w:t>
        </w:r>
        <w:r w:rsidRPr="00E426D3">
          <w:rPr>
            <w:rStyle w:val="aff9"/>
            <w:rFonts w:ascii="Times New Roman" w:hAnsi="Times New Roman" w:cs="Times New Roman"/>
            <w:sz w:val="24"/>
            <w:szCs w:val="24"/>
            <w:lang w:val="ru-RU"/>
          </w:rPr>
          <w:t>/</w:t>
        </w:r>
      </w:hyperlink>
    </w:p>
    <w:p w14:paraId="2DF29723" w14:textId="77777777" w:rsidR="00E426D3" w:rsidRPr="00E426D3" w:rsidRDefault="00E426D3" w:rsidP="00E426D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426D3">
        <w:rPr>
          <w:rFonts w:ascii="Times New Roman" w:hAnsi="Times New Roman" w:cs="Times New Roman"/>
          <w:sz w:val="24"/>
          <w:szCs w:val="24"/>
          <w:lang w:val="ru-RU"/>
        </w:rPr>
        <w:t xml:space="preserve"> МАТЕРИАЛЬНО-ТЕХНИЧЕСКОЕ ОБЕСПЕЧЕНИЕ ОБРАЗОВАТЕЛЬНОГО ПРОЦЕССА УЧЕБНОЕ ОБОРУДОВАНИЕ</w:t>
      </w:r>
    </w:p>
    <w:p w14:paraId="7560C9F4" w14:textId="77777777" w:rsidR="00E426D3" w:rsidRPr="00E426D3" w:rsidRDefault="00E426D3" w:rsidP="00E426D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426D3">
        <w:rPr>
          <w:rFonts w:ascii="Times New Roman" w:hAnsi="Times New Roman" w:cs="Times New Roman"/>
          <w:sz w:val="24"/>
          <w:szCs w:val="24"/>
          <w:lang w:val="ru-RU"/>
        </w:rPr>
        <w:t xml:space="preserve"> 1. Учебные карты</w:t>
      </w:r>
    </w:p>
    <w:p w14:paraId="6C336E50" w14:textId="77777777" w:rsidR="00E426D3" w:rsidRPr="00E426D3" w:rsidRDefault="00E426D3" w:rsidP="00E426D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426D3">
        <w:rPr>
          <w:rFonts w:ascii="Times New Roman" w:hAnsi="Times New Roman" w:cs="Times New Roman"/>
          <w:sz w:val="24"/>
          <w:szCs w:val="24"/>
          <w:lang w:val="ru-RU"/>
        </w:rPr>
        <w:t xml:space="preserve"> 2. Печатные пособия раздаточные </w:t>
      </w:r>
    </w:p>
    <w:p w14:paraId="26A0F16A" w14:textId="77777777" w:rsidR="00E426D3" w:rsidRPr="00E426D3" w:rsidRDefault="00E426D3" w:rsidP="00E426D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426D3">
        <w:rPr>
          <w:rFonts w:ascii="Times New Roman" w:hAnsi="Times New Roman" w:cs="Times New Roman"/>
          <w:sz w:val="24"/>
          <w:szCs w:val="24"/>
          <w:lang w:val="ru-RU"/>
        </w:rPr>
        <w:t>3.Печатные демонстрационные пособия 4.</w:t>
      </w:r>
      <w:r w:rsidRPr="00E426D3">
        <w:rPr>
          <w:rFonts w:ascii="Times New Roman" w:hAnsi="Times New Roman" w:cs="Times New Roman"/>
          <w:sz w:val="24"/>
          <w:szCs w:val="24"/>
        </w:rPr>
        <w:t>DVD</w:t>
      </w:r>
      <w:r w:rsidRPr="00E426D3">
        <w:rPr>
          <w:rFonts w:ascii="Times New Roman" w:hAnsi="Times New Roman" w:cs="Times New Roman"/>
          <w:sz w:val="24"/>
          <w:szCs w:val="24"/>
          <w:lang w:val="ru-RU"/>
        </w:rPr>
        <w:t xml:space="preserve">-фильмы </w:t>
      </w:r>
    </w:p>
    <w:p w14:paraId="2D2FD358" w14:textId="77777777" w:rsidR="00E426D3" w:rsidRPr="00E426D3" w:rsidRDefault="00E426D3" w:rsidP="00E426D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426D3">
        <w:rPr>
          <w:rFonts w:ascii="Times New Roman" w:hAnsi="Times New Roman" w:cs="Times New Roman"/>
          <w:sz w:val="24"/>
          <w:szCs w:val="24"/>
          <w:lang w:val="ru-RU"/>
        </w:rPr>
        <w:t xml:space="preserve">5.Компакт-диски </w:t>
      </w:r>
    </w:p>
    <w:p w14:paraId="02FDD868" w14:textId="77777777" w:rsidR="00E426D3" w:rsidRPr="00E426D3" w:rsidRDefault="00E426D3" w:rsidP="00E426D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426D3">
        <w:rPr>
          <w:rFonts w:ascii="Times New Roman" w:hAnsi="Times New Roman" w:cs="Times New Roman"/>
          <w:sz w:val="24"/>
          <w:szCs w:val="24"/>
          <w:lang w:val="ru-RU"/>
        </w:rPr>
        <w:t xml:space="preserve">6.Интерактивные пособия </w:t>
      </w:r>
    </w:p>
    <w:p w14:paraId="11BA69FD" w14:textId="77777777" w:rsidR="00E426D3" w:rsidRPr="00E426D3" w:rsidRDefault="00E426D3" w:rsidP="00E426D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426D3">
        <w:rPr>
          <w:rFonts w:ascii="Times New Roman" w:hAnsi="Times New Roman" w:cs="Times New Roman"/>
          <w:sz w:val="24"/>
          <w:szCs w:val="24"/>
          <w:lang w:val="ru-RU"/>
        </w:rPr>
        <w:t xml:space="preserve">7.Комплекты карт, атласы по истории 5 класс. </w:t>
      </w:r>
    </w:p>
    <w:p w14:paraId="63ED07C5" w14:textId="77777777" w:rsidR="00E426D3" w:rsidRPr="00E426D3" w:rsidRDefault="00E426D3" w:rsidP="00E426D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426D3">
        <w:rPr>
          <w:rFonts w:ascii="Times New Roman" w:hAnsi="Times New Roman" w:cs="Times New Roman"/>
          <w:sz w:val="24"/>
          <w:szCs w:val="24"/>
          <w:lang w:val="ru-RU"/>
        </w:rPr>
        <w:t>8.Общее и вспомогательное оборудование для кабинета</w:t>
      </w:r>
    </w:p>
    <w:p w14:paraId="72C60816" w14:textId="77777777" w:rsidR="00E426D3" w:rsidRPr="00E426D3" w:rsidRDefault="00E426D3" w:rsidP="00E426D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426D3">
        <w:rPr>
          <w:rFonts w:ascii="Times New Roman" w:hAnsi="Times New Roman" w:cs="Times New Roman"/>
          <w:sz w:val="24"/>
          <w:szCs w:val="24"/>
          <w:lang w:val="ru-RU"/>
        </w:rPr>
        <w:t xml:space="preserve"> ОБОРУДОВАНИЕ ДЛЯ ПРОВЕДЕНИЯ ПРАКТИЧЕСКИХ РАБОТ </w:t>
      </w:r>
    </w:p>
    <w:p w14:paraId="207EE406" w14:textId="77777777" w:rsidR="00E426D3" w:rsidRPr="00E426D3" w:rsidRDefault="00E426D3" w:rsidP="00E426D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426D3">
        <w:rPr>
          <w:rFonts w:ascii="Times New Roman" w:hAnsi="Times New Roman" w:cs="Times New Roman"/>
          <w:sz w:val="24"/>
          <w:szCs w:val="24"/>
          <w:lang w:val="ru-RU"/>
        </w:rPr>
        <w:t xml:space="preserve">1. Классная магнитная доска. </w:t>
      </w:r>
    </w:p>
    <w:p w14:paraId="42822F0A" w14:textId="77777777" w:rsidR="00E426D3" w:rsidRPr="00E426D3" w:rsidRDefault="00E426D3" w:rsidP="00E426D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426D3">
        <w:rPr>
          <w:rFonts w:ascii="Times New Roman" w:hAnsi="Times New Roman" w:cs="Times New Roman"/>
          <w:sz w:val="24"/>
          <w:szCs w:val="24"/>
          <w:lang w:val="ru-RU"/>
        </w:rPr>
        <w:t>2. Настенная доска с приспособлением для крепления картинок</w:t>
      </w:r>
    </w:p>
    <w:p w14:paraId="75419D77" w14:textId="77777777" w:rsidR="00E426D3" w:rsidRPr="00E426D3" w:rsidRDefault="00E426D3" w:rsidP="00E426D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426D3">
        <w:rPr>
          <w:rFonts w:ascii="Times New Roman" w:hAnsi="Times New Roman" w:cs="Times New Roman"/>
          <w:sz w:val="24"/>
          <w:szCs w:val="24"/>
          <w:lang w:val="ru-RU"/>
        </w:rPr>
        <w:t>. 3. Колонки</w:t>
      </w:r>
    </w:p>
    <w:p w14:paraId="2A625C6B" w14:textId="77777777" w:rsidR="00E426D3" w:rsidRPr="00E426D3" w:rsidRDefault="00E426D3" w:rsidP="00E426D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426D3">
        <w:rPr>
          <w:rFonts w:ascii="Times New Roman" w:hAnsi="Times New Roman" w:cs="Times New Roman"/>
          <w:sz w:val="24"/>
          <w:szCs w:val="24"/>
          <w:lang w:val="ru-RU"/>
        </w:rPr>
        <w:t xml:space="preserve"> 4. Компьютер </w:t>
      </w:r>
    </w:p>
    <w:p w14:paraId="464FF9B0" w14:textId="77777777" w:rsidR="00E426D3" w:rsidRPr="00E426D3" w:rsidRDefault="00E426D3" w:rsidP="00E426D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426D3">
        <w:rPr>
          <w:rFonts w:ascii="Times New Roman" w:hAnsi="Times New Roman" w:cs="Times New Roman"/>
          <w:sz w:val="24"/>
          <w:szCs w:val="24"/>
          <w:lang w:val="ru-RU"/>
        </w:rPr>
        <w:t>5. Проектор</w:t>
      </w:r>
    </w:p>
    <w:p w14:paraId="3D88EE46" w14:textId="052AA9D6" w:rsidR="00FA4471" w:rsidRPr="00E426D3" w:rsidRDefault="00E426D3" w:rsidP="00E426D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426D3">
        <w:rPr>
          <w:rFonts w:ascii="Times New Roman" w:hAnsi="Times New Roman" w:cs="Times New Roman"/>
          <w:sz w:val="24"/>
          <w:szCs w:val="24"/>
          <w:lang w:val="ru-RU"/>
        </w:rPr>
        <w:t xml:space="preserve"> 6. Раздаточный материал</w:t>
      </w:r>
    </w:p>
    <w:sectPr w:rsidR="00FA4471" w:rsidRPr="00E426D3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0A6D8A"/>
    <w:rsid w:val="0015074B"/>
    <w:rsid w:val="001A4B33"/>
    <w:rsid w:val="002671FC"/>
    <w:rsid w:val="0029639D"/>
    <w:rsid w:val="00326F90"/>
    <w:rsid w:val="00666F5C"/>
    <w:rsid w:val="006B2A40"/>
    <w:rsid w:val="006D1371"/>
    <w:rsid w:val="00757F1C"/>
    <w:rsid w:val="008422FF"/>
    <w:rsid w:val="00893F42"/>
    <w:rsid w:val="00AA1D8D"/>
    <w:rsid w:val="00B47730"/>
    <w:rsid w:val="00B67CE1"/>
    <w:rsid w:val="00C13BA8"/>
    <w:rsid w:val="00CB0664"/>
    <w:rsid w:val="00E426D3"/>
    <w:rsid w:val="00F144E0"/>
    <w:rsid w:val="00F70C7D"/>
    <w:rsid w:val="00FA4471"/>
    <w:rsid w:val="00FC0519"/>
    <w:rsid w:val="00FC693F"/>
    <w:rsid w:val="00FD5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35B85B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Normal (Web)"/>
    <w:basedOn w:val="a1"/>
    <w:uiPriority w:val="99"/>
    <w:semiHidden/>
    <w:unhideWhenUsed/>
    <w:rsid w:val="002671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f9">
    <w:name w:val="Hyperlink"/>
    <w:basedOn w:val="a2"/>
    <w:uiPriority w:val="99"/>
    <w:unhideWhenUsed/>
    <w:rsid w:val="00E426D3"/>
    <w:rPr>
      <w:color w:val="0000FF" w:themeColor="hyperlink"/>
      <w:u w:val="single"/>
    </w:rPr>
  </w:style>
  <w:style w:type="character" w:customStyle="1" w:styleId="UnresolvedMention">
    <w:name w:val="Unresolved Mention"/>
    <w:basedOn w:val="a2"/>
    <w:uiPriority w:val="99"/>
    <w:semiHidden/>
    <w:unhideWhenUsed/>
    <w:rsid w:val="00E426D3"/>
    <w:rPr>
      <w:color w:val="605E5C"/>
      <w:shd w:val="clear" w:color="auto" w:fill="E1DFDD"/>
    </w:rPr>
  </w:style>
  <w:style w:type="paragraph" w:styleId="affa">
    <w:name w:val="Balloon Text"/>
    <w:basedOn w:val="a1"/>
    <w:link w:val="affb"/>
    <w:uiPriority w:val="99"/>
    <w:semiHidden/>
    <w:unhideWhenUsed/>
    <w:rsid w:val="00893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b">
    <w:name w:val="Текст выноски Знак"/>
    <w:basedOn w:val="a2"/>
    <w:link w:val="affa"/>
    <w:uiPriority w:val="99"/>
    <w:semiHidden/>
    <w:rsid w:val="00893F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Normal (Web)"/>
    <w:basedOn w:val="a1"/>
    <w:uiPriority w:val="99"/>
    <w:semiHidden/>
    <w:unhideWhenUsed/>
    <w:rsid w:val="002671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f9">
    <w:name w:val="Hyperlink"/>
    <w:basedOn w:val="a2"/>
    <w:uiPriority w:val="99"/>
    <w:unhideWhenUsed/>
    <w:rsid w:val="00E426D3"/>
    <w:rPr>
      <w:color w:val="0000FF" w:themeColor="hyperlink"/>
      <w:u w:val="single"/>
    </w:rPr>
  </w:style>
  <w:style w:type="character" w:customStyle="1" w:styleId="UnresolvedMention">
    <w:name w:val="Unresolved Mention"/>
    <w:basedOn w:val="a2"/>
    <w:uiPriority w:val="99"/>
    <w:semiHidden/>
    <w:unhideWhenUsed/>
    <w:rsid w:val="00E426D3"/>
    <w:rPr>
      <w:color w:val="605E5C"/>
      <w:shd w:val="clear" w:color="auto" w:fill="E1DFDD"/>
    </w:rPr>
  </w:style>
  <w:style w:type="paragraph" w:styleId="affa">
    <w:name w:val="Balloon Text"/>
    <w:basedOn w:val="a1"/>
    <w:link w:val="affb"/>
    <w:uiPriority w:val="99"/>
    <w:semiHidden/>
    <w:unhideWhenUsed/>
    <w:rsid w:val="00893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b">
    <w:name w:val="Текст выноски Знак"/>
    <w:basedOn w:val="a2"/>
    <w:link w:val="affa"/>
    <w:uiPriority w:val="99"/>
    <w:semiHidden/>
    <w:rsid w:val="00893F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18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iles.school-collection.edu.ru/dlrstore/4b661375-8da4-4326-9a8a-b8a9e8d7904b/method.html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school-collection.edu.ru/catalo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C2B814F-EF1F-48E2-B8EB-C900A1A0E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5164</Words>
  <Characters>29438</Characters>
  <Application>Microsoft Office Word</Application>
  <DocSecurity>0</DocSecurity>
  <Lines>245</Lines>
  <Paragraphs>69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34533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User</cp:lastModifiedBy>
  <cp:revision>16</cp:revision>
  <dcterms:created xsi:type="dcterms:W3CDTF">2013-12-23T23:15:00Z</dcterms:created>
  <dcterms:modified xsi:type="dcterms:W3CDTF">2022-09-09T15:37:00Z</dcterms:modified>
  <cp:category/>
</cp:coreProperties>
</file>